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after="100"/>
      </w:pPr>
      <w:r>
        <w:rPr>
          <w:rFonts w:ascii="DejaVu Sans" w:hAnsi="DejaVu Sans"/>
          <w:b/>
          <w:color w:val="25253A"/>
          <w:sz w:val="42"/>
        </w:rPr>
        <w:t>Verbformen auf einen Blick</w:t>
      </w:r>
    </w:p>
    <w:p>
      <w:pPr>
        <w:spacing w:after="260"/>
      </w:pPr>
      <w:r>
        <w:rPr>
          <w:rFonts w:ascii="DejaVu Sans" w:hAnsi="DejaVu Sans"/>
          <w:b w:val="0"/>
          <w:color w:val="647084"/>
          <w:sz w:val="18"/>
        </w:rPr>
        <w:t>25 Verben · Grundform / ます-Form / て-Form · Hiragana + Romaji</w:t>
      </w:r>
    </w:p>
    <w:p>
      <w:r>
        <w:rPr>
          <w:rFonts w:ascii="DejaVu Sans" w:hAnsi="DejaVu Sans"/>
          <w:b/>
          <w:color w:val="25253A"/>
          <w:sz w:val="18"/>
        </w:rPr>
        <w:t xml:space="preserve">So übst du: </w:t>
      </w:r>
      <w:r>
        <w:rPr>
          <w:rFonts w:ascii="DejaVu Sans" w:hAnsi="DejaVu Sans"/>
          <w:b w:val="0"/>
          <w:color w:val="25253A"/>
          <w:sz w:val="16"/>
        </w:rPr>
        <w:t>Zuerst die Grundform lesen, dann ます- und て-Form selbst bilden. Im nächsten Schritt vergleichen.</w:t>
      </w:r>
    </w:p>
    <w:p>
      <w:pPr>
        <w:spacing w:before="240" w:after="100"/>
      </w:pPr>
      <w:r>
        <w:rPr>
          <w:rFonts w:ascii="DejaVu Sans" w:hAnsi="DejaVu Sans"/>
          <w:b/>
          <w:color w:val="C65E7A"/>
          <w:sz w:val="24"/>
        </w:rPr>
        <w:t>Verben 1–9</w:t>
      </w:r>
    </w:p>
    <w:tbl>
      <w:tblPr>
        <w:tblStyle w:val="TableGrid"/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3345"/>
        <w:gridCol w:w="3345"/>
        <w:gridCol w:w="3345"/>
      </w:tblGrid>
      <w:tr>
        <w:tc>
          <w:tcPr>
            <w:tcW w:type="dxa" w:w="3288"/>
            <w:shd w:fill="25253A"/>
            <w:tcMar>
              <w:top w:w="80" w:type="dxa"/>
              <w:start w:w="90" w:type="dxa"/>
              <w:bottom w:w="80" w:type="dxa"/>
              <w:end w:w="90" w:type="dxa"/>
            </w:tcMar>
          </w:tcPr>
          <w:p>
            <w:pPr>
              <w:keepLines/>
            </w:pPr>
            <w:r>
              <w:rPr>
                <w:rFonts w:ascii="DejaVu Sans" w:hAnsi="DejaVu Sans"/>
                <w:b/>
                <w:color w:val="FFFFFF"/>
                <w:sz w:val="16"/>
              </w:rPr>
              <w:t>GRUNDFORM</w:t>
            </w:r>
          </w:p>
        </w:tc>
        <w:tc>
          <w:tcPr>
            <w:tcW w:type="dxa" w:w="3288"/>
            <w:shd w:fill="25253A"/>
            <w:tcMar>
              <w:top w:w="80" w:type="dxa"/>
              <w:start w:w="90" w:type="dxa"/>
              <w:bottom w:w="80" w:type="dxa"/>
              <w:end w:w="90" w:type="dxa"/>
            </w:tcMar>
          </w:tcPr>
          <w:p>
            <w:pPr>
              <w:keepLines/>
            </w:pPr>
            <w:r>
              <w:rPr>
                <w:rFonts w:ascii="DejaVu Sans" w:hAnsi="DejaVu Sans"/>
                <w:b/>
                <w:color w:val="FFFFFF"/>
                <w:sz w:val="16"/>
              </w:rPr>
              <w:t>ます-FORM</w:t>
            </w:r>
          </w:p>
        </w:tc>
        <w:tc>
          <w:tcPr>
            <w:tcW w:type="dxa" w:w="3288"/>
            <w:shd w:fill="25253A"/>
            <w:tcMar>
              <w:top w:w="80" w:type="dxa"/>
              <w:start w:w="90" w:type="dxa"/>
              <w:bottom w:w="80" w:type="dxa"/>
              <w:end w:w="90" w:type="dxa"/>
            </w:tcMar>
          </w:tcPr>
          <w:p>
            <w:pPr>
              <w:keepLines/>
            </w:pPr>
            <w:r>
              <w:rPr>
                <w:rFonts w:ascii="DejaVu Sans" w:hAnsi="DejaVu Sans"/>
                <w:b/>
                <w:color w:val="FFFFFF"/>
                <w:sz w:val="16"/>
              </w:rPr>
              <w:t>て-FORM</w:t>
            </w:r>
          </w:p>
        </w:tc>
      </w:tr>
      <w:tr>
        <w:tc>
          <w:tcPr>
            <w:tcW w:type="dxa" w:w="3288"/>
            <w:vAlign w:val="center"/>
            <w:tcMar>
              <w:top w:w="65" w:type="dxa"/>
              <w:start w:w="85" w:type="dxa"/>
              <w:bottom w:w="65" w:type="dxa"/>
              <w:end w:w="85" w:type="dxa"/>
            </w:tcMar>
            <w:shd w:fill="FAF5F6"/>
          </w:tcPr>
          <w:p>
            <w:pPr>
              <w:keepLines/>
              <w:spacing w:after="0"/>
            </w:pPr>
            <w:r>
              <w:rPr>
                <w:rFonts w:ascii="Noto Sans CJK JP" w:hAnsi="Noto Sans CJK JP"/>
                <w:b w:val="0"/>
                <w:color w:val="25253A"/>
                <w:sz w:val="20"/>
                <w:rFonts w:eastAsia="Noto Sans CJK JP"/>
              </w:rPr>
              <w:t>でかける</w:t>
              <w:br/>
              <w:t>dekakeru</w:t>
            </w:r>
          </w:p>
        </w:tc>
        <w:tc>
          <w:tcPr>
            <w:tcW w:type="dxa" w:w="3288"/>
            <w:vAlign w:val="center"/>
            <w:tcMar>
              <w:top w:w="65" w:type="dxa"/>
              <w:start w:w="85" w:type="dxa"/>
              <w:bottom w:w="65" w:type="dxa"/>
              <w:end w:w="85" w:type="dxa"/>
            </w:tcMar>
            <w:shd w:fill="FAF5F6"/>
          </w:tcPr>
          <w:p>
            <w:pPr>
              <w:keepLines/>
              <w:spacing w:after="0"/>
            </w:pPr>
            <w:r>
              <w:rPr>
                <w:rFonts w:ascii="Noto Sans CJK JP" w:hAnsi="Noto Sans CJK JP"/>
                <w:b w:val="0"/>
                <w:color w:val="25253A"/>
                <w:sz w:val="20"/>
                <w:rFonts w:eastAsia="Noto Sans CJK JP"/>
              </w:rPr>
              <w:t>でかけます</w:t>
              <w:br/>
              <w:t>dekakemasu</w:t>
            </w:r>
          </w:p>
        </w:tc>
        <w:tc>
          <w:tcPr>
            <w:tcW w:type="dxa" w:w="3288"/>
            <w:vAlign w:val="center"/>
            <w:tcMar>
              <w:top w:w="65" w:type="dxa"/>
              <w:start w:w="85" w:type="dxa"/>
              <w:bottom w:w="65" w:type="dxa"/>
              <w:end w:w="85" w:type="dxa"/>
            </w:tcMar>
            <w:shd w:fill="FAF5F6"/>
          </w:tcPr>
          <w:p>
            <w:pPr>
              <w:keepLines/>
              <w:spacing w:after="0"/>
            </w:pPr>
            <w:r>
              <w:rPr>
                <w:rFonts w:ascii="Noto Sans CJK JP" w:hAnsi="Noto Sans CJK JP"/>
                <w:b w:val="0"/>
                <w:color w:val="25253A"/>
                <w:sz w:val="20"/>
                <w:rFonts w:eastAsia="Noto Sans CJK JP"/>
              </w:rPr>
              <w:t>でかけて</w:t>
              <w:br/>
              <w:t>dekakete</w:t>
            </w:r>
          </w:p>
        </w:tc>
      </w:tr>
      <w:tr>
        <w:tc>
          <w:tcPr>
            <w:tcW w:type="dxa" w:w="3288"/>
            <w:vAlign w:val="center"/>
            <w:tcMar>
              <w:top w:w="65" w:type="dxa"/>
              <w:start w:w="85" w:type="dxa"/>
              <w:bottom w:w="65" w:type="dxa"/>
              <w:end w:w="85" w:type="dxa"/>
            </w:tcMar>
          </w:tcPr>
          <w:p>
            <w:pPr>
              <w:keepLines/>
              <w:spacing w:after="0"/>
            </w:pPr>
            <w:r>
              <w:rPr>
                <w:rFonts w:ascii="Noto Sans CJK JP" w:hAnsi="Noto Sans CJK JP"/>
                <w:b w:val="0"/>
                <w:color w:val="25253A"/>
                <w:sz w:val="20"/>
                <w:rFonts w:eastAsia="Noto Sans CJK JP"/>
              </w:rPr>
              <w:t>のみにいく</w:t>
              <w:br/>
              <w:t>nomi ni iku</w:t>
            </w:r>
          </w:p>
        </w:tc>
        <w:tc>
          <w:tcPr>
            <w:tcW w:type="dxa" w:w="3288"/>
            <w:vAlign w:val="center"/>
            <w:tcMar>
              <w:top w:w="65" w:type="dxa"/>
              <w:start w:w="85" w:type="dxa"/>
              <w:bottom w:w="65" w:type="dxa"/>
              <w:end w:w="85" w:type="dxa"/>
            </w:tcMar>
          </w:tcPr>
          <w:p>
            <w:pPr>
              <w:keepLines/>
              <w:spacing w:after="0"/>
            </w:pPr>
            <w:r>
              <w:rPr>
                <w:rFonts w:ascii="Noto Sans CJK JP" w:hAnsi="Noto Sans CJK JP"/>
                <w:b w:val="0"/>
                <w:color w:val="25253A"/>
                <w:sz w:val="20"/>
                <w:rFonts w:eastAsia="Noto Sans CJK JP"/>
              </w:rPr>
              <w:t>のみにいきます</w:t>
              <w:br/>
              <w:t>nomi ni ikimasu</w:t>
            </w:r>
          </w:p>
        </w:tc>
        <w:tc>
          <w:tcPr>
            <w:tcW w:type="dxa" w:w="3288"/>
            <w:vAlign w:val="center"/>
            <w:tcMar>
              <w:top w:w="65" w:type="dxa"/>
              <w:start w:w="85" w:type="dxa"/>
              <w:bottom w:w="65" w:type="dxa"/>
              <w:end w:w="85" w:type="dxa"/>
            </w:tcMar>
          </w:tcPr>
          <w:p>
            <w:pPr>
              <w:keepLines/>
              <w:spacing w:after="0"/>
            </w:pPr>
            <w:r>
              <w:rPr>
                <w:rFonts w:ascii="Noto Sans CJK JP" w:hAnsi="Noto Sans CJK JP"/>
                <w:b w:val="0"/>
                <w:color w:val="25253A"/>
                <w:sz w:val="20"/>
                <w:rFonts w:eastAsia="Noto Sans CJK JP"/>
              </w:rPr>
              <w:t>のみにいって</w:t>
              <w:br/>
              <w:t>nomi ni itte</w:t>
            </w:r>
          </w:p>
        </w:tc>
      </w:tr>
      <w:tr>
        <w:tc>
          <w:tcPr>
            <w:tcW w:type="dxa" w:w="3288"/>
            <w:vAlign w:val="center"/>
            <w:tcMar>
              <w:top w:w="65" w:type="dxa"/>
              <w:start w:w="85" w:type="dxa"/>
              <w:bottom w:w="65" w:type="dxa"/>
              <w:end w:w="85" w:type="dxa"/>
            </w:tcMar>
            <w:shd w:fill="FAF5F6"/>
          </w:tcPr>
          <w:p>
            <w:pPr>
              <w:keepLines/>
              <w:spacing w:after="0"/>
            </w:pPr>
            <w:r>
              <w:rPr>
                <w:rFonts w:ascii="Noto Sans CJK JP" w:hAnsi="Noto Sans CJK JP"/>
                <w:b w:val="0"/>
                <w:color w:val="25253A"/>
                <w:sz w:val="20"/>
                <w:rFonts w:eastAsia="Noto Sans CJK JP"/>
              </w:rPr>
              <w:t>あそびにいく</w:t>
              <w:br/>
              <w:t>asobi ni iku</w:t>
            </w:r>
          </w:p>
        </w:tc>
        <w:tc>
          <w:tcPr>
            <w:tcW w:type="dxa" w:w="3288"/>
            <w:vAlign w:val="center"/>
            <w:tcMar>
              <w:top w:w="65" w:type="dxa"/>
              <w:start w:w="85" w:type="dxa"/>
              <w:bottom w:w="65" w:type="dxa"/>
              <w:end w:w="85" w:type="dxa"/>
            </w:tcMar>
            <w:shd w:fill="FAF5F6"/>
          </w:tcPr>
          <w:p>
            <w:pPr>
              <w:keepLines/>
              <w:spacing w:after="0"/>
            </w:pPr>
            <w:r>
              <w:rPr>
                <w:rFonts w:ascii="Noto Sans CJK JP" w:hAnsi="Noto Sans CJK JP"/>
                <w:b w:val="0"/>
                <w:color w:val="25253A"/>
                <w:sz w:val="20"/>
                <w:rFonts w:eastAsia="Noto Sans CJK JP"/>
              </w:rPr>
              <w:t>あそびにいきます</w:t>
              <w:br/>
              <w:t>asobi ni ikimasu</w:t>
            </w:r>
          </w:p>
        </w:tc>
        <w:tc>
          <w:tcPr>
            <w:tcW w:type="dxa" w:w="3288"/>
            <w:vAlign w:val="center"/>
            <w:tcMar>
              <w:top w:w="65" w:type="dxa"/>
              <w:start w:w="85" w:type="dxa"/>
              <w:bottom w:w="65" w:type="dxa"/>
              <w:end w:w="85" w:type="dxa"/>
            </w:tcMar>
            <w:shd w:fill="FAF5F6"/>
          </w:tcPr>
          <w:p>
            <w:pPr>
              <w:keepLines/>
              <w:spacing w:after="0"/>
            </w:pPr>
            <w:r>
              <w:rPr>
                <w:rFonts w:ascii="Noto Sans CJK JP" w:hAnsi="Noto Sans CJK JP"/>
                <w:b w:val="0"/>
                <w:color w:val="25253A"/>
                <w:sz w:val="20"/>
                <w:rFonts w:eastAsia="Noto Sans CJK JP"/>
              </w:rPr>
              <w:t>あそびにいって</w:t>
              <w:br/>
              <w:t>asobi ni itte</w:t>
            </w:r>
          </w:p>
        </w:tc>
      </w:tr>
      <w:tr>
        <w:tc>
          <w:tcPr>
            <w:tcW w:type="dxa" w:w="3288"/>
            <w:vAlign w:val="center"/>
            <w:tcMar>
              <w:top w:w="65" w:type="dxa"/>
              <w:start w:w="85" w:type="dxa"/>
              <w:bottom w:w="65" w:type="dxa"/>
              <w:end w:w="85" w:type="dxa"/>
            </w:tcMar>
          </w:tcPr>
          <w:p>
            <w:pPr>
              <w:keepLines/>
              <w:spacing w:after="0"/>
            </w:pPr>
            <w:r>
              <w:rPr>
                <w:rFonts w:ascii="Noto Sans CJK JP" w:hAnsi="Noto Sans CJK JP"/>
                <w:b w:val="0"/>
                <w:color w:val="25253A"/>
                <w:sz w:val="20"/>
                <w:rFonts w:eastAsia="Noto Sans CJK JP"/>
              </w:rPr>
              <w:t>さそう</w:t>
              <w:br/>
              <w:t>sasou</w:t>
            </w:r>
          </w:p>
        </w:tc>
        <w:tc>
          <w:tcPr>
            <w:tcW w:type="dxa" w:w="3288"/>
            <w:vAlign w:val="center"/>
            <w:tcMar>
              <w:top w:w="65" w:type="dxa"/>
              <w:start w:w="85" w:type="dxa"/>
              <w:bottom w:w="65" w:type="dxa"/>
              <w:end w:w="85" w:type="dxa"/>
            </w:tcMar>
          </w:tcPr>
          <w:p>
            <w:pPr>
              <w:keepLines/>
              <w:spacing w:after="0"/>
            </w:pPr>
            <w:r>
              <w:rPr>
                <w:rFonts w:ascii="Noto Sans CJK JP" w:hAnsi="Noto Sans CJK JP"/>
                <w:b w:val="0"/>
                <w:color w:val="25253A"/>
                <w:sz w:val="20"/>
                <w:rFonts w:eastAsia="Noto Sans CJK JP"/>
              </w:rPr>
              <w:t>さそいます</w:t>
              <w:br/>
              <w:t>sasoimasu</w:t>
            </w:r>
          </w:p>
        </w:tc>
        <w:tc>
          <w:tcPr>
            <w:tcW w:type="dxa" w:w="3288"/>
            <w:vAlign w:val="center"/>
            <w:tcMar>
              <w:top w:w="65" w:type="dxa"/>
              <w:start w:w="85" w:type="dxa"/>
              <w:bottom w:w="65" w:type="dxa"/>
              <w:end w:w="85" w:type="dxa"/>
            </w:tcMar>
          </w:tcPr>
          <w:p>
            <w:pPr>
              <w:keepLines/>
              <w:spacing w:after="0"/>
            </w:pPr>
            <w:r>
              <w:rPr>
                <w:rFonts w:ascii="Noto Sans CJK JP" w:hAnsi="Noto Sans CJK JP"/>
                <w:b w:val="0"/>
                <w:color w:val="25253A"/>
                <w:sz w:val="20"/>
                <w:rFonts w:eastAsia="Noto Sans CJK JP"/>
              </w:rPr>
              <w:t>さそって</w:t>
              <w:br/>
              <w:t>sasotte</w:t>
            </w:r>
          </w:p>
        </w:tc>
      </w:tr>
      <w:tr>
        <w:tc>
          <w:tcPr>
            <w:tcW w:type="dxa" w:w="3288"/>
            <w:vAlign w:val="center"/>
            <w:tcMar>
              <w:top w:w="65" w:type="dxa"/>
              <w:start w:w="85" w:type="dxa"/>
              <w:bottom w:w="65" w:type="dxa"/>
              <w:end w:w="85" w:type="dxa"/>
            </w:tcMar>
            <w:shd w:fill="FAF5F6"/>
          </w:tcPr>
          <w:p>
            <w:pPr>
              <w:keepLines/>
              <w:spacing w:after="0"/>
            </w:pPr>
            <w:r>
              <w:rPr>
                <w:rFonts w:ascii="Noto Sans CJK JP" w:hAnsi="Noto Sans CJK JP"/>
                <w:b w:val="0"/>
                <w:color w:val="25253A"/>
                <w:sz w:val="20"/>
                <w:rFonts w:eastAsia="Noto Sans CJK JP"/>
              </w:rPr>
              <w:t>まちあわせる</w:t>
              <w:br/>
              <w:t>machiawaseru</w:t>
            </w:r>
          </w:p>
        </w:tc>
        <w:tc>
          <w:tcPr>
            <w:tcW w:type="dxa" w:w="3288"/>
            <w:vAlign w:val="center"/>
            <w:tcMar>
              <w:top w:w="65" w:type="dxa"/>
              <w:start w:w="85" w:type="dxa"/>
              <w:bottom w:w="65" w:type="dxa"/>
              <w:end w:w="85" w:type="dxa"/>
            </w:tcMar>
            <w:shd w:fill="FAF5F6"/>
          </w:tcPr>
          <w:p>
            <w:pPr>
              <w:keepLines/>
              <w:spacing w:after="0"/>
            </w:pPr>
            <w:r>
              <w:rPr>
                <w:rFonts w:ascii="Noto Sans CJK JP" w:hAnsi="Noto Sans CJK JP"/>
                <w:b w:val="0"/>
                <w:color w:val="25253A"/>
                <w:sz w:val="20"/>
                <w:rFonts w:eastAsia="Noto Sans CJK JP"/>
              </w:rPr>
              <w:t>まちあわせます</w:t>
              <w:br/>
              <w:t>machiawasemasu</w:t>
            </w:r>
          </w:p>
        </w:tc>
        <w:tc>
          <w:tcPr>
            <w:tcW w:type="dxa" w:w="3288"/>
            <w:vAlign w:val="center"/>
            <w:tcMar>
              <w:top w:w="65" w:type="dxa"/>
              <w:start w:w="85" w:type="dxa"/>
              <w:bottom w:w="65" w:type="dxa"/>
              <w:end w:w="85" w:type="dxa"/>
            </w:tcMar>
            <w:shd w:fill="FAF5F6"/>
          </w:tcPr>
          <w:p>
            <w:pPr>
              <w:keepLines/>
              <w:spacing w:after="0"/>
            </w:pPr>
            <w:r>
              <w:rPr>
                <w:rFonts w:ascii="Noto Sans CJK JP" w:hAnsi="Noto Sans CJK JP"/>
                <w:b w:val="0"/>
                <w:color w:val="25253A"/>
                <w:sz w:val="20"/>
                <w:rFonts w:eastAsia="Noto Sans CJK JP"/>
              </w:rPr>
              <w:t>まちあわせて</w:t>
              <w:br/>
              <w:t>machiawasete</w:t>
            </w:r>
          </w:p>
        </w:tc>
      </w:tr>
      <w:tr>
        <w:tc>
          <w:tcPr>
            <w:tcW w:type="dxa" w:w="3288"/>
            <w:vAlign w:val="center"/>
            <w:tcMar>
              <w:top w:w="65" w:type="dxa"/>
              <w:start w:w="85" w:type="dxa"/>
              <w:bottom w:w="65" w:type="dxa"/>
              <w:end w:w="85" w:type="dxa"/>
            </w:tcMar>
          </w:tcPr>
          <w:p>
            <w:pPr>
              <w:keepLines/>
              <w:spacing w:after="0"/>
            </w:pPr>
            <w:r>
              <w:rPr>
                <w:rFonts w:ascii="Noto Sans CJK JP" w:hAnsi="Noto Sans CJK JP"/>
                <w:b w:val="0"/>
                <w:color w:val="25253A"/>
                <w:sz w:val="20"/>
                <w:rFonts w:eastAsia="Noto Sans CJK JP"/>
              </w:rPr>
              <w:t>あつまる</w:t>
              <w:br/>
              <w:t>atsumaru</w:t>
            </w:r>
          </w:p>
        </w:tc>
        <w:tc>
          <w:tcPr>
            <w:tcW w:type="dxa" w:w="3288"/>
            <w:vAlign w:val="center"/>
            <w:tcMar>
              <w:top w:w="65" w:type="dxa"/>
              <w:start w:w="85" w:type="dxa"/>
              <w:bottom w:w="65" w:type="dxa"/>
              <w:end w:w="85" w:type="dxa"/>
            </w:tcMar>
          </w:tcPr>
          <w:p>
            <w:pPr>
              <w:keepLines/>
              <w:spacing w:after="0"/>
            </w:pPr>
            <w:r>
              <w:rPr>
                <w:rFonts w:ascii="Noto Sans CJK JP" w:hAnsi="Noto Sans CJK JP"/>
                <w:b w:val="0"/>
                <w:color w:val="25253A"/>
                <w:sz w:val="20"/>
                <w:rFonts w:eastAsia="Noto Sans CJK JP"/>
              </w:rPr>
              <w:t>あつまります</w:t>
              <w:br/>
              <w:t>atsumarimasu</w:t>
            </w:r>
          </w:p>
        </w:tc>
        <w:tc>
          <w:tcPr>
            <w:tcW w:type="dxa" w:w="3288"/>
            <w:vAlign w:val="center"/>
            <w:tcMar>
              <w:top w:w="65" w:type="dxa"/>
              <w:start w:w="85" w:type="dxa"/>
              <w:bottom w:w="65" w:type="dxa"/>
              <w:end w:w="85" w:type="dxa"/>
            </w:tcMar>
          </w:tcPr>
          <w:p>
            <w:pPr>
              <w:keepLines/>
              <w:spacing w:after="0"/>
            </w:pPr>
            <w:r>
              <w:rPr>
                <w:rFonts w:ascii="Noto Sans CJK JP" w:hAnsi="Noto Sans CJK JP"/>
                <w:b w:val="0"/>
                <w:color w:val="25253A"/>
                <w:sz w:val="20"/>
                <w:rFonts w:eastAsia="Noto Sans CJK JP"/>
              </w:rPr>
              <w:t>あつまって</w:t>
              <w:br/>
              <w:t>atsumatte</w:t>
            </w:r>
          </w:p>
        </w:tc>
      </w:tr>
      <w:tr>
        <w:tc>
          <w:tcPr>
            <w:tcW w:type="dxa" w:w="3288"/>
            <w:vAlign w:val="center"/>
            <w:tcMar>
              <w:top w:w="65" w:type="dxa"/>
              <w:start w:w="85" w:type="dxa"/>
              <w:bottom w:w="65" w:type="dxa"/>
              <w:end w:w="85" w:type="dxa"/>
            </w:tcMar>
            <w:shd w:fill="FAF5F6"/>
          </w:tcPr>
          <w:p>
            <w:pPr>
              <w:keepLines/>
              <w:spacing w:after="0"/>
            </w:pPr>
            <w:r>
              <w:rPr>
                <w:rFonts w:ascii="Noto Sans CJK JP" w:hAnsi="Noto Sans CJK JP"/>
                <w:b w:val="0"/>
                <w:color w:val="25253A"/>
                <w:sz w:val="20"/>
                <w:rFonts w:eastAsia="Noto Sans CJK JP"/>
              </w:rPr>
              <w:t>きめる</w:t>
              <w:br/>
              <w:t>kimeru</w:t>
            </w:r>
          </w:p>
        </w:tc>
        <w:tc>
          <w:tcPr>
            <w:tcW w:type="dxa" w:w="3288"/>
            <w:vAlign w:val="center"/>
            <w:tcMar>
              <w:top w:w="65" w:type="dxa"/>
              <w:start w:w="85" w:type="dxa"/>
              <w:bottom w:w="65" w:type="dxa"/>
              <w:end w:w="85" w:type="dxa"/>
            </w:tcMar>
            <w:shd w:fill="FAF5F6"/>
          </w:tcPr>
          <w:p>
            <w:pPr>
              <w:keepLines/>
              <w:spacing w:after="0"/>
            </w:pPr>
            <w:r>
              <w:rPr>
                <w:rFonts w:ascii="Noto Sans CJK JP" w:hAnsi="Noto Sans CJK JP"/>
                <w:b w:val="0"/>
                <w:color w:val="25253A"/>
                <w:sz w:val="20"/>
                <w:rFonts w:eastAsia="Noto Sans CJK JP"/>
              </w:rPr>
              <w:t>きめます</w:t>
              <w:br/>
              <w:t>kimemasu</w:t>
            </w:r>
          </w:p>
        </w:tc>
        <w:tc>
          <w:tcPr>
            <w:tcW w:type="dxa" w:w="3288"/>
            <w:vAlign w:val="center"/>
            <w:tcMar>
              <w:top w:w="65" w:type="dxa"/>
              <w:start w:w="85" w:type="dxa"/>
              <w:bottom w:w="65" w:type="dxa"/>
              <w:end w:w="85" w:type="dxa"/>
            </w:tcMar>
            <w:shd w:fill="FAF5F6"/>
          </w:tcPr>
          <w:p>
            <w:pPr>
              <w:keepLines/>
              <w:spacing w:after="0"/>
            </w:pPr>
            <w:r>
              <w:rPr>
                <w:rFonts w:ascii="Noto Sans CJK JP" w:hAnsi="Noto Sans CJK JP"/>
                <w:b w:val="0"/>
                <w:color w:val="25253A"/>
                <w:sz w:val="20"/>
                <w:rFonts w:eastAsia="Noto Sans CJK JP"/>
              </w:rPr>
              <w:t>きめて</w:t>
              <w:br/>
              <w:t>kimete</w:t>
            </w:r>
          </w:p>
        </w:tc>
      </w:tr>
      <w:tr>
        <w:tc>
          <w:tcPr>
            <w:tcW w:type="dxa" w:w="3288"/>
            <w:vAlign w:val="center"/>
            <w:tcMar>
              <w:top w:w="65" w:type="dxa"/>
              <w:start w:w="85" w:type="dxa"/>
              <w:bottom w:w="65" w:type="dxa"/>
              <w:end w:w="85" w:type="dxa"/>
            </w:tcMar>
          </w:tcPr>
          <w:p>
            <w:pPr>
              <w:keepLines/>
              <w:spacing w:after="0"/>
            </w:pPr>
            <w:r>
              <w:rPr>
                <w:rFonts w:ascii="Noto Sans CJK JP" w:hAnsi="Noto Sans CJK JP"/>
                <w:b w:val="0"/>
                <w:color w:val="25253A"/>
                <w:sz w:val="20"/>
                <w:rFonts w:eastAsia="Noto Sans CJK JP"/>
              </w:rPr>
              <w:t>よやくする</w:t>
              <w:br/>
              <w:t>yoyaku suru</w:t>
            </w:r>
          </w:p>
        </w:tc>
        <w:tc>
          <w:tcPr>
            <w:tcW w:type="dxa" w:w="3288"/>
            <w:vAlign w:val="center"/>
            <w:tcMar>
              <w:top w:w="65" w:type="dxa"/>
              <w:start w:w="85" w:type="dxa"/>
              <w:bottom w:w="65" w:type="dxa"/>
              <w:end w:w="85" w:type="dxa"/>
            </w:tcMar>
          </w:tcPr>
          <w:p>
            <w:pPr>
              <w:keepLines/>
              <w:spacing w:after="0"/>
            </w:pPr>
            <w:r>
              <w:rPr>
                <w:rFonts w:ascii="Noto Sans CJK JP" w:hAnsi="Noto Sans CJK JP"/>
                <w:b w:val="0"/>
                <w:color w:val="25253A"/>
                <w:sz w:val="20"/>
                <w:rFonts w:eastAsia="Noto Sans CJK JP"/>
              </w:rPr>
              <w:t>よやくします</w:t>
              <w:br/>
              <w:t>yoyaku shimasu</w:t>
            </w:r>
          </w:p>
        </w:tc>
        <w:tc>
          <w:tcPr>
            <w:tcW w:type="dxa" w:w="3288"/>
            <w:vAlign w:val="center"/>
            <w:tcMar>
              <w:top w:w="65" w:type="dxa"/>
              <w:start w:w="85" w:type="dxa"/>
              <w:bottom w:w="65" w:type="dxa"/>
              <w:end w:w="85" w:type="dxa"/>
            </w:tcMar>
          </w:tcPr>
          <w:p>
            <w:pPr>
              <w:keepLines/>
              <w:spacing w:after="0"/>
            </w:pPr>
            <w:r>
              <w:rPr>
                <w:rFonts w:ascii="Noto Sans CJK JP" w:hAnsi="Noto Sans CJK JP"/>
                <w:b w:val="0"/>
                <w:color w:val="25253A"/>
                <w:sz w:val="20"/>
                <w:rFonts w:eastAsia="Noto Sans CJK JP"/>
              </w:rPr>
              <w:t>よやくして</w:t>
              <w:br/>
              <w:t>yoyaku shite</w:t>
            </w:r>
          </w:p>
        </w:tc>
      </w:tr>
      <w:tr>
        <w:tc>
          <w:tcPr>
            <w:tcW w:type="dxa" w:w="3288"/>
            <w:vAlign w:val="center"/>
            <w:tcMar>
              <w:top w:w="65" w:type="dxa"/>
              <w:start w:w="85" w:type="dxa"/>
              <w:bottom w:w="65" w:type="dxa"/>
              <w:end w:w="85" w:type="dxa"/>
            </w:tcMar>
            <w:shd w:fill="FAF5F6"/>
          </w:tcPr>
          <w:p>
            <w:pPr>
              <w:keepLines/>
              <w:spacing w:after="0"/>
            </w:pPr>
            <w:r>
              <w:rPr>
                <w:rFonts w:ascii="Noto Sans CJK JP" w:hAnsi="Noto Sans CJK JP"/>
                <w:b w:val="0"/>
                <w:color w:val="25253A"/>
                <w:sz w:val="20"/>
                <w:rFonts w:eastAsia="Noto Sans CJK JP"/>
              </w:rPr>
              <w:t>ことわる</w:t>
              <w:br/>
              <w:t>kotowaru</w:t>
            </w:r>
          </w:p>
        </w:tc>
        <w:tc>
          <w:tcPr>
            <w:tcW w:type="dxa" w:w="3288"/>
            <w:vAlign w:val="center"/>
            <w:tcMar>
              <w:top w:w="65" w:type="dxa"/>
              <w:start w:w="85" w:type="dxa"/>
              <w:bottom w:w="65" w:type="dxa"/>
              <w:end w:w="85" w:type="dxa"/>
            </w:tcMar>
            <w:shd w:fill="FAF5F6"/>
          </w:tcPr>
          <w:p>
            <w:pPr>
              <w:keepLines/>
              <w:spacing w:after="0"/>
            </w:pPr>
            <w:r>
              <w:rPr>
                <w:rFonts w:ascii="Noto Sans CJK JP" w:hAnsi="Noto Sans CJK JP"/>
                <w:b w:val="0"/>
                <w:color w:val="25253A"/>
                <w:sz w:val="20"/>
                <w:rFonts w:eastAsia="Noto Sans CJK JP"/>
              </w:rPr>
              <w:t>ことわります</w:t>
              <w:br/>
              <w:t>kotowarimasu</w:t>
            </w:r>
          </w:p>
        </w:tc>
        <w:tc>
          <w:tcPr>
            <w:tcW w:type="dxa" w:w="3288"/>
            <w:vAlign w:val="center"/>
            <w:tcMar>
              <w:top w:w="65" w:type="dxa"/>
              <w:start w:w="85" w:type="dxa"/>
              <w:bottom w:w="65" w:type="dxa"/>
              <w:end w:w="85" w:type="dxa"/>
            </w:tcMar>
            <w:shd w:fill="FAF5F6"/>
          </w:tcPr>
          <w:p>
            <w:pPr>
              <w:keepLines/>
              <w:spacing w:after="0"/>
            </w:pPr>
            <w:r>
              <w:rPr>
                <w:rFonts w:ascii="Noto Sans CJK JP" w:hAnsi="Noto Sans CJK JP"/>
                <w:b w:val="0"/>
                <w:color w:val="25253A"/>
                <w:sz w:val="20"/>
                <w:rFonts w:eastAsia="Noto Sans CJK JP"/>
              </w:rPr>
              <w:t>ことわって</w:t>
              <w:br/>
              <w:t>kotowatte</w:t>
            </w:r>
          </w:p>
        </w:tc>
      </w:tr>
    </w:tbl>
    <w:p>
      <w:pPr>
        <w:spacing w:before="240" w:after="100"/>
      </w:pPr>
      <w:r>
        <w:rPr>
          <w:rFonts w:ascii="DejaVu Sans" w:hAnsi="DejaVu Sans"/>
          <w:b/>
          <w:color w:val="C65E7A"/>
          <w:sz w:val="24"/>
        </w:rPr>
        <w:t>Verben 10–18</w:t>
      </w:r>
    </w:p>
    <w:tbl>
      <w:tblPr>
        <w:tblStyle w:val="TableGrid"/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3345"/>
        <w:gridCol w:w="3345"/>
        <w:gridCol w:w="3345"/>
      </w:tblGrid>
      <w:tr>
        <w:tc>
          <w:tcPr>
            <w:tcW w:type="dxa" w:w="3288"/>
            <w:shd w:fill="25253A"/>
            <w:tcMar>
              <w:top w:w="80" w:type="dxa"/>
              <w:start w:w="90" w:type="dxa"/>
              <w:bottom w:w="80" w:type="dxa"/>
              <w:end w:w="90" w:type="dxa"/>
            </w:tcMar>
          </w:tcPr>
          <w:p>
            <w:pPr>
              <w:keepLines/>
            </w:pPr>
            <w:r>
              <w:rPr>
                <w:rFonts w:ascii="DejaVu Sans" w:hAnsi="DejaVu Sans"/>
                <w:b/>
                <w:color w:val="FFFFFF"/>
                <w:sz w:val="16"/>
              </w:rPr>
              <w:t>GRUNDFORM</w:t>
            </w:r>
          </w:p>
        </w:tc>
        <w:tc>
          <w:tcPr>
            <w:tcW w:type="dxa" w:w="3288"/>
            <w:shd w:fill="25253A"/>
            <w:tcMar>
              <w:top w:w="80" w:type="dxa"/>
              <w:start w:w="90" w:type="dxa"/>
              <w:bottom w:w="80" w:type="dxa"/>
              <w:end w:w="90" w:type="dxa"/>
            </w:tcMar>
          </w:tcPr>
          <w:p>
            <w:pPr>
              <w:keepLines/>
            </w:pPr>
            <w:r>
              <w:rPr>
                <w:rFonts w:ascii="DejaVu Sans" w:hAnsi="DejaVu Sans"/>
                <w:b/>
                <w:color w:val="FFFFFF"/>
                <w:sz w:val="16"/>
              </w:rPr>
              <w:t>ます-FORM</w:t>
            </w:r>
          </w:p>
        </w:tc>
        <w:tc>
          <w:tcPr>
            <w:tcW w:type="dxa" w:w="3288"/>
            <w:shd w:fill="25253A"/>
            <w:tcMar>
              <w:top w:w="80" w:type="dxa"/>
              <w:start w:w="90" w:type="dxa"/>
              <w:bottom w:w="80" w:type="dxa"/>
              <w:end w:w="90" w:type="dxa"/>
            </w:tcMar>
          </w:tcPr>
          <w:p>
            <w:pPr>
              <w:keepLines/>
            </w:pPr>
            <w:r>
              <w:rPr>
                <w:rFonts w:ascii="DejaVu Sans" w:hAnsi="DejaVu Sans"/>
                <w:b/>
                <w:color w:val="FFFFFF"/>
                <w:sz w:val="16"/>
              </w:rPr>
              <w:t>て-FORM</w:t>
            </w:r>
          </w:p>
        </w:tc>
      </w:tr>
      <w:tr>
        <w:tc>
          <w:tcPr>
            <w:tcW w:type="dxa" w:w="3288"/>
            <w:vAlign w:val="center"/>
            <w:tcMar>
              <w:top w:w="65" w:type="dxa"/>
              <w:start w:w="85" w:type="dxa"/>
              <w:bottom w:w="65" w:type="dxa"/>
              <w:end w:w="85" w:type="dxa"/>
            </w:tcMar>
            <w:shd w:fill="FAF5F6"/>
          </w:tcPr>
          <w:p>
            <w:pPr>
              <w:keepLines/>
              <w:spacing w:after="0"/>
            </w:pPr>
            <w:r>
              <w:rPr>
                <w:rFonts w:ascii="Noto Sans CJK JP" w:hAnsi="Noto Sans CJK JP"/>
                <w:b w:val="0"/>
                <w:color w:val="25253A"/>
                <w:sz w:val="20"/>
                <w:rFonts w:eastAsia="Noto Sans CJK JP"/>
              </w:rPr>
              <w:t>ちゅうもんする</w:t>
              <w:br/>
              <w:t>chūmon suru</w:t>
            </w:r>
          </w:p>
        </w:tc>
        <w:tc>
          <w:tcPr>
            <w:tcW w:type="dxa" w:w="3288"/>
            <w:vAlign w:val="center"/>
            <w:tcMar>
              <w:top w:w="65" w:type="dxa"/>
              <w:start w:w="85" w:type="dxa"/>
              <w:bottom w:w="65" w:type="dxa"/>
              <w:end w:w="85" w:type="dxa"/>
            </w:tcMar>
            <w:shd w:fill="FAF5F6"/>
          </w:tcPr>
          <w:p>
            <w:pPr>
              <w:keepLines/>
              <w:spacing w:after="0"/>
            </w:pPr>
            <w:r>
              <w:rPr>
                <w:rFonts w:ascii="Noto Sans CJK JP" w:hAnsi="Noto Sans CJK JP"/>
                <w:b w:val="0"/>
                <w:color w:val="25253A"/>
                <w:sz w:val="20"/>
                <w:rFonts w:eastAsia="Noto Sans CJK JP"/>
              </w:rPr>
              <w:t>ちゅうもんします</w:t>
              <w:br/>
              <w:t>chūmon shimasu</w:t>
            </w:r>
          </w:p>
        </w:tc>
        <w:tc>
          <w:tcPr>
            <w:tcW w:type="dxa" w:w="3288"/>
            <w:vAlign w:val="center"/>
            <w:tcMar>
              <w:top w:w="65" w:type="dxa"/>
              <w:start w:w="85" w:type="dxa"/>
              <w:bottom w:w="65" w:type="dxa"/>
              <w:end w:w="85" w:type="dxa"/>
            </w:tcMar>
            <w:shd w:fill="FAF5F6"/>
          </w:tcPr>
          <w:p>
            <w:pPr>
              <w:keepLines/>
              <w:spacing w:after="0"/>
            </w:pPr>
            <w:r>
              <w:rPr>
                <w:rFonts w:ascii="Noto Sans CJK JP" w:hAnsi="Noto Sans CJK JP"/>
                <w:b w:val="0"/>
                <w:color w:val="25253A"/>
                <w:sz w:val="20"/>
                <w:rFonts w:eastAsia="Noto Sans CJK JP"/>
              </w:rPr>
              <w:t>ちゅうもんして</w:t>
              <w:br/>
              <w:t>chūmon shite</w:t>
            </w:r>
          </w:p>
        </w:tc>
      </w:tr>
      <w:tr>
        <w:tc>
          <w:tcPr>
            <w:tcW w:type="dxa" w:w="3288"/>
            <w:vAlign w:val="center"/>
            <w:tcMar>
              <w:top w:w="65" w:type="dxa"/>
              <w:start w:w="85" w:type="dxa"/>
              <w:bottom w:w="65" w:type="dxa"/>
              <w:end w:w="85" w:type="dxa"/>
            </w:tcMar>
          </w:tcPr>
          <w:p>
            <w:pPr>
              <w:keepLines/>
              <w:spacing w:after="0"/>
            </w:pPr>
            <w:r>
              <w:rPr>
                <w:rFonts w:ascii="Noto Sans CJK JP" w:hAnsi="Noto Sans CJK JP"/>
                <w:b w:val="0"/>
                <w:color w:val="25253A"/>
                <w:sz w:val="20"/>
                <w:rFonts w:eastAsia="Noto Sans CJK JP"/>
              </w:rPr>
              <w:t>かんぱいする</w:t>
              <w:br/>
              <w:t>kanpai suru</w:t>
            </w:r>
          </w:p>
        </w:tc>
        <w:tc>
          <w:tcPr>
            <w:tcW w:type="dxa" w:w="3288"/>
            <w:vAlign w:val="center"/>
            <w:tcMar>
              <w:top w:w="65" w:type="dxa"/>
              <w:start w:w="85" w:type="dxa"/>
              <w:bottom w:w="65" w:type="dxa"/>
              <w:end w:w="85" w:type="dxa"/>
            </w:tcMar>
          </w:tcPr>
          <w:p>
            <w:pPr>
              <w:keepLines/>
              <w:spacing w:after="0"/>
            </w:pPr>
            <w:r>
              <w:rPr>
                <w:rFonts w:ascii="Noto Sans CJK JP" w:hAnsi="Noto Sans CJK JP"/>
                <w:b w:val="0"/>
                <w:color w:val="25253A"/>
                <w:sz w:val="20"/>
                <w:rFonts w:eastAsia="Noto Sans CJK JP"/>
              </w:rPr>
              <w:t>かんぱいします</w:t>
              <w:br/>
              <w:t>kanpai shimasu</w:t>
            </w:r>
          </w:p>
        </w:tc>
        <w:tc>
          <w:tcPr>
            <w:tcW w:type="dxa" w:w="3288"/>
            <w:vAlign w:val="center"/>
            <w:tcMar>
              <w:top w:w="65" w:type="dxa"/>
              <w:start w:w="85" w:type="dxa"/>
              <w:bottom w:w="65" w:type="dxa"/>
              <w:end w:w="85" w:type="dxa"/>
            </w:tcMar>
          </w:tcPr>
          <w:p>
            <w:pPr>
              <w:keepLines/>
              <w:spacing w:after="0"/>
            </w:pPr>
            <w:r>
              <w:rPr>
                <w:rFonts w:ascii="Noto Sans CJK JP" w:hAnsi="Noto Sans CJK JP"/>
                <w:b w:val="0"/>
                <w:color w:val="25253A"/>
                <w:sz w:val="20"/>
                <w:rFonts w:eastAsia="Noto Sans CJK JP"/>
              </w:rPr>
              <w:t>かんぱいして</w:t>
              <w:br/>
              <w:t>kanpai shite</w:t>
            </w:r>
          </w:p>
        </w:tc>
      </w:tr>
      <w:tr>
        <w:tc>
          <w:tcPr>
            <w:tcW w:type="dxa" w:w="3288"/>
            <w:vAlign w:val="center"/>
            <w:tcMar>
              <w:top w:w="65" w:type="dxa"/>
              <w:start w:w="85" w:type="dxa"/>
              <w:bottom w:w="65" w:type="dxa"/>
              <w:end w:w="85" w:type="dxa"/>
            </w:tcMar>
            <w:shd w:fill="FAF5F6"/>
          </w:tcPr>
          <w:p>
            <w:pPr>
              <w:keepLines/>
              <w:spacing w:after="0"/>
            </w:pPr>
            <w:r>
              <w:rPr>
                <w:rFonts w:ascii="Noto Sans CJK JP" w:hAnsi="Noto Sans CJK JP"/>
                <w:b w:val="0"/>
                <w:color w:val="25253A"/>
                <w:sz w:val="20"/>
                <w:rFonts w:eastAsia="Noto Sans CJK JP"/>
              </w:rPr>
              <w:t>おごる</w:t>
              <w:br/>
              <w:t>ogoru</w:t>
            </w:r>
          </w:p>
        </w:tc>
        <w:tc>
          <w:tcPr>
            <w:tcW w:type="dxa" w:w="3288"/>
            <w:vAlign w:val="center"/>
            <w:tcMar>
              <w:top w:w="65" w:type="dxa"/>
              <w:start w:w="85" w:type="dxa"/>
              <w:bottom w:w="65" w:type="dxa"/>
              <w:end w:w="85" w:type="dxa"/>
            </w:tcMar>
            <w:shd w:fill="FAF5F6"/>
          </w:tcPr>
          <w:p>
            <w:pPr>
              <w:keepLines/>
              <w:spacing w:after="0"/>
            </w:pPr>
            <w:r>
              <w:rPr>
                <w:rFonts w:ascii="Noto Sans CJK JP" w:hAnsi="Noto Sans CJK JP"/>
                <w:b w:val="0"/>
                <w:color w:val="25253A"/>
                <w:sz w:val="20"/>
                <w:rFonts w:eastAsia="Noto Sans CJK JP"/>
              </w:rPr>
              <w:t>おごります</w:t>
              <w:br/>
              <w:t>ogorimasu</w:t>
            </w:r>
          </w:p>
        </w:tc>
        <w:tc>
          <w:tcPr>
            <w:tcW w:type="dxa" w:w="3288"/>
            <w:vAlign w:val="center"/>
            <w:tcMar>
              <w:top w:w="65" w:type="dxa"/>
              <w:start w:w="85" w:type="dxa"/>
              <w:bottom w:w="65" w:type="dxa"/>
              <w:end w:w="85" w:type="dxa"/>
            </w:tcMar>
            <w:shd w:fill="FAF5F6"/>
          </w:tcPr>
          <w:p>
            <w:pPr>
              <w:keepLines/>
              <w:spacing w:after="0"/>
            </w:pPr>
            <w:r>
              <w:rPr>
                <w:rFonts w:ascii="Noto Sans CJK JP" w:hAnsi="Noto Sans CJK JP"/>
                <w:b w:val="0"/>
                <w:color w:val="25253A"/>
                <w:sz w:val="20"/>
                <w:rFonts w:eastAsia="Noto Sans CJK JP"/>
              </w:rPr>
              <w:t>おごって</w:t>
              <w:br/>
              <w:t>ogotte</w:t>
            </w:r>
          </w:p>
        </w:tc>
      </w:tr>
      <w:tr>
        <w:tc>
          <w:tcPr>
            <w:tcW w:type="dxa" w:w="3288"/>
            <w:vAlign w:val="center"/>
            <w:tcMar>
              <w:top w:w="65" w:type="dxa"/>
              <w:start w:w="85" w:type="dxa"/>
              <w:bottom w:w="65" w:type="dxa"/>
              <w:end w:w="85" w:type="dxa"/>
            </w:tcMar>
          </w:tcPr>
          <w:p>
            <w:pPr>
              <w:keepLines/>
              <w:spacing w:after="0"/>
            </w:pPr>
            <w:r>
              <w:rPr>
                <w:rFonts w:ascii="Noto Sans CJK JP" w:hAnsi="Noto Sans CJK JP"/>
                <w:b w:val="0"/>
                <w:color w:val="25253A"/>
                <w:sz w:val="20"/>
                <w:rFonts w:eastAsia="Noto Sans CJK JP"/>
              </w:rPr>
              <w:t>はらう</w:t>
              <w:br/>
              <w:t>harau</w:t>
            </w:r>
          </w:p>
        </w:tc>
        <w:tc>
          <w:tcPr>
            <w:tcW w:type="dxa" w:w="3288"/>
            <w:vAlign w:val="center"/>
            <w:tcMar>
              <w:top w:w="65" w:type="dxa"/>
              <w:start w:w="85" w:type="dxa"/>
              <w:bottom w:w="65" w:type="dxa"/>
              <w:end w:w="85" w:type="dxa"/>
            </w:tcMar>
          </w:tcPr>
          <w:p>
            <w:pPr>
              <w:keepLines/>
              <w:spacing w:after="0"/>
            </w:pPr>
            <w:r>
              <w:rPr>
                <w:rFonts w:ascii="Noto Sans CJK JP" w:hAnsi="Noto Sans CJK JP"/>
                <w:b w:val="0"/>
                <w:color w:val="25253A"/>
                <w:sz w:val="20"/>
                <w:rFonts w:eastAsia="Noto Sans CJK JP"/>
              </w:rPr>
              <w:t>はらいます</w:t>
              <w:br/>
              <w:t>haraimasu</w:t>
            </w:r>
          </w:p>
        </w:tc>
        <w:tc>
          <w:tcPr>
            <w:tcW w:type="dxa" w:w="3288"/>
            <w:vAlign w:val="center"/>
            <w:tcMar>
              <w:top w:w="65" w:type="dxa"/>
              <w:start w:w="85" w:type="dxa"/>
              <w:bottom w:w="65" w:type="dxa"/>
              <w:end w:w="85" w:type="dxa"/>
            </w:tcMar>
          </w:tcPr>
          <w:p>
            <w:pPr>
              <w:keepLines/>
              <w:spacing w:after="0"/>
            </w:pPr>
            <w:r>
              <w:rPr>
                <w:rFonts w:ascii="Noto Sans CJK JP" w:hAnsi="Noto Sans CJK JP"/>
                <w:b w:val="0"/>
                <w:color w:val="25253A"/>
                <w:sz w:val="20"/>
                <w:rFonts w:eastAsia="Noto Sans CJK JP"/>
              </w:rPr>
              <w:t>はらって</w:t>
              <w:br/>
              <w:t>haratte</w:t>
            </w:r>
          </w:p>
        </w:tc>
      </w:tr>
      <w:tr>
        <w:tc>
          <w:tcPr>
            <w:tcW w:type="dxa" w:w="3288"/>
            <w:vAlign w:val="center"/>
            <w:tcMar>
              <w:top w:w="65" w:type="dxa"/>
              <w:start w:w="85" w:type="dxa"/>
              <w:bottom w:w="65" w:type="dxa"/>
              <w:end w:w="85" w:type="dxa"/>
            </w:tcMar>
            <w:shd w:fill="FAF5F6"/>
          </w:tcPr>
          <w:p>
            <w:pPr>
              <w:keepLines/>
              <w:spacing w:after="0"/>
            </w:pPr>
            <w:r>
              <w:rPr>
                <w:rFonts w:ascii="Noto Sans CJK JP" w:hAnsi="Noto Sans CJK JP"/>
                <w:b w:val="0"/>
                <w:color w:val="25253A"/>
                <w:sz w:val="20"/>
                <w:rFonts w:eastAsia="Noto Sans CJK JP"/>
              </w:rPr>
              <w:t>もりあがる</w:t>
              <w:br/>
              <w:t>moriagaru</w:t>
            </w:r>
          </w:p>
        </w:tc>
        <w:tc>
          <w:tcPr>
            <w:tcW w:type="dxa" w:w="3288"/>
            <w:vAlign w:val="center"/>
            <w:tcMar>
              <w:top w:w="65" w:type="dxa"/>
              <w:start w:w="85" w:type="dxa"/>
              <w:bottom w:w="65" w:type="dxa"/>
              <w:end w:w="85" w:type="dxa"/>
            </w:tcMar>
            <w:shd w:fill="FAF5F6"/>
          </w:tcPr>
          <w:p>
            <w:pPr>
              <w:keepLines/>
              <w:spacing w:after="0"/>
            </w:pPr>
            <w:r>
              <w:rPr>
                <w:rFonts w:ascii="Noto Sans CJK JP" w:hAnsi="Noto Sans CJK JP"/>
                <w:b w:val="0"/>
                <w:color w:val="25253A"/>
                <w:sz w:val="20"/>
                <w:rFonts w:eastAsia="Noto Sans CJK JP"/>
              </w:rPr>
              <w:t>もりあがります</w:t>
              <w:br/>
              <w:t>moriagarimasu</w:t>
            </w:r>
          </w:p>
        </w:tc>
        <w:tc>
          <w:tcPr>
            <w:tcW w:type="dxa" w:w="3288"/>
            <w:vAlign w:val="center"/>
            <w:tcMar>
              <w:top w:w="65" w:type="dxa"/>
              <w:start w:w="85" w:type="dxa"/>
              <w:bottom w:w="65" w:type="dxa"/>
              <w:end w:w="85" w:type="dxa"/>
            </w:tcMar>
            <w:shd w:fill="FAF5F6"/>
          </w:tcPr>
          <w:p>
            <w:pPr>
              <w:keepLines/>
              <w:spacing w:after="0"/>
            </w:pPr>
            <w:r>
              <w:rPr>
                <w:rFonts w:ascii="Noto Sans CJK JP" w:hAnsi="Noto Sans CJK JP"/>
                <w:b w:val="0"/>
                <w:color w:val="25253A"/>
                <w:sz w:val="20"/>
                <w:rFonts w:eastAsia="Noto Sans CJK JP"/>
              </w:rPr>
              <w:t>もりあがって</w:t>
              <w:br/>
              <w:t>moriagatte</w:t>
            </w:r>
          </w:p>
        </w:tc>
      </w:tr>
      <w:tr>
        <w:tc>
          <w:tcPr>
            <w:tcW w:type="dxa" w:w="3288"/>
            <w:vAlign w:val="center"/>
            <w:tcMar>
              <w:top w:w="65" w:type="dxa"/>
              <w:start w:w="85" w:type="dxa"/>
              <w:bottom w:w="65" w:type="dxa"/>
              <w:end w:w="85" w:type="dxa"/>
            </w:tcMar>
          </w:tcPr>
          <w:p>
            <w:pPr>
              <w:keepLines/>
              <w:spacing w:after="0"/>
            </w:pPr>
            <w:r>
              <w:rPr>
                <w:rFonts w:ascii="Noto Sans CJK JP" w:hAnsi="Noto Sans CJK JP"/>
                <w:b w:val="0"/>
                <w:color w:val="25253A"/>
                <w:sz w:val="20"/>
                <w:rFonts w:eastAsia="Noto Sans CJK JP"/>
              </w:rPr>
              <w:t>おちつく</w:t>
              <w:br/>
              <w:t>ochitsuku</w:t>
            </w:r>
          </w:p>
        </w:tc>
        <w:tc>
          <w:tcPr>
            <w:tcW w:type="dxa" w:w="3288"/>
            <w:vAlign w:val="center"/>
            <w:tcMar>
              <w:top w:w="65" w:type="dxa"/>
              <w:start w:w="85" w:type="dxa"/>
              <w:bottom w:w="65" w:type="dxa"/>
              <w:end w:w="85" w:type="dxa"/>
            </w:tcMar>
          </w:tcPr>
          <w:p>
            <w:pPr>
              <w:keepLines/>
              <w:spacing w:after="0"/>
            </w:pPr>
            <w:r>
              <w:rPr>
                <w:rFonts w:ascii="Noto Sans CJK JP" w:hAnsi="Noto Sans CJK JP"/>
                <w:b w:val="0"/>
                <w:color w:val="25253A"/>
                <w:sz w:val="20"/>
                <w:rFonts w:eastAsia="Noto Sans CJK JP"/>
              </w:rPr>
              <w:t>おちつきます</w:t>
              <w:br/>
              <w:t>ochitsukimasu</w:t>
            </w:r>
          </w:p>
        </w:tc>
        <w:tc>
          <w:tcPr>
            <w:tcW w:type="dxa" w:w="3288"/>
            <w:vAlign w:val="center"/>
            <w:tcMar>
              <w:top w:w="65" w:type="dxa"/>
              <w:start w:w="85" w:type="dxa"/>
              <w:bottom w:w="65" w:type="dxa"/>
              <w:end w:w="85" w:type="dxa"/>
            </w:tcMar>
          </w:tcPr>
          <w:p>
            <w:pPr>
              <w:keepLines/>
              <w:spacing w:after="0"/>
            </w:pPr>
            <w:r>
              <w:rPr>
                <w:rFonts w:ascii="Noto Sans CJK JP" w:hAnsi="Noto Sans CJK JP"/>
                <w:b w:val="0"/>
                <w:color w:val="25253A"/>
                <w:sz w:val="20"/>
                <w:rFonts w:eastAsia="Noto Sans CJK JP"/>
              </w:rPr>
              <w:t>おちついて</w:t>
              <w:br/>
              <w:t>ochitsuite</w:t>
            </w:r>
          </w:p>
        </w:tc>
      </w:tr>
      <w:tr>
        <w:tc>
          <w:tcPr>
            <w:tcW w:type="dxa" w:w="3288"/>
            <w:vAlign w:val="center"/>
            <w:tcMar>
              <w:top w:w="65" w:type="dxa"/>
              <w:start w:w="85" w:type="dxa"/>
              <w:bottom w:w="65" w:type="dxa"/>
              <w:end w:w="85" w:type="dxa"/>
            </w:tcMar>
            <w:shd w:fill="FAF5F6"/>
          </w:tcPr>
          <w:p>
            <w:pPr>
              <w:keepLines/>
              <w:spacing w:after="0"/>
            </w:pPr>
            <w:r>
              <w:rPr>
                <w:rFonts w:ascii="Noto Sans CJK JP" w:hAnsi="Noto Sans CJK JP"/>
                <w:b w:val="0"/>
                <w:color w:val="25253A"/>
                <w:sz w:val="20"/>
                <w:rFonts w:eastAsia="Noto Sans CJK JP"/>
              </w:rPr>
              <w:t>こむ</w:t>
              <w:br/>
              <w:t>komu</w:t>
            </w:r>
          </w:p>
        </w:tc>
        <w:tc>
          <w:tcPr>
            <w:tcW w:type="dxa" w:w="3288"/>
            <w:vAlign w:val="center"/>
            <w:tcMar>
              <w:top w:w="65" w:type="dxa"/>
              <w:start w:w="85" w:type="dxa"/>
              <w:bottom w:w="65" w:type="dxa"/>
              <w:end w:w="85" w:type="dxa"/>
            </w:tcMar>
            <w:shd w:fill="FAF5F6"/>
          </w:tcPr>
          <w:p>
            <w:pPr>
              <w:keepLines/>
              <w:spacing w:after="0"/>
            </w:pPr>
            <w:r>
              <w:rPr>
                <w:rFonts w:ascii="Noto Sans CJK JP" w:hAnsi="Noto Sans CJK JP"/>
                <w:b w:val="0"/>
                <w:color w:val="25253A"/>
                <w:sz w:val="20"/>
                <w:rFonts w:eastAsia="Noto Sans CJK JP"/>
              </w:rPr>
              <w:t>こみます</w:t>
              <w:br/>
              <w:t>komimasu</w:t>
            </w:r>
          </w:p>
        </w:tc>
        <w:tc>
          <w:tcPr>
            <w:tcW w:type="dxa" w:w="3288"/>
            <w:vAlign w:val="center"/>
            <w:tcMar>
              <w:top w:w="65" w:type="dxa"/>
              <w:start w:w="85" w:type="dxa"/>
              <w:bottom w:w="65" w:type="dxa"/>
              <w:end w:w="85" w:type="dxa"/>
            </w:tcMar>
            <w:shd w:fill="FAF5F6"/>
          </w:tcPr>
          <w:p>
            <w:pPr>
              <w:keepLines/>
              <w:spacing w:after="0"/>
            </w:pPr>
            <w:r>
              <w:rPr>
                <w:rFonts w:ascii="Noto Sans CJK JP" w:hAnsi="Noto Sans CJK JP"/>
                <w:b w:val="0"/>
                <w:color w:val="25253A"/>
                <w:sz w:val="20"/>
                <w:rFonts w:eastAsia="Noto Sans CJK JP"/>
              </w:rPr>
              <w:t>こんで</w:t>
              <w:br/>
              <w:t>konde</w:t>
            </w:r>
          </w:p>
        </w:tc>
      </w:tr>
      <w:tr>
        <w:tc>
          <w:tcPr>
            <w:tcW w:type="dxa" w:w="3288"/>
            <w:vAlign w:val="center"/>
            <w:tcMar>
              <w:top w:w="65" w:type="dxa"/>
              <w:start w:w="85" w:type="dxa"/>
              <w:bottom w:w="65" w:type="dxa"/>
              <w:end w:w="85" w:type="dxa"/>
            </w:tcMar>
          </w:tcPr>
          <w:p>
            <w:pPr>
              <w:keepLines/>
              <w:spacing w:after="0"/>
            </w:pPr>
            <w:r>
              <w:rPr>
                <w:rFonts w:ascii="Noto Sans CJK JP" w:hAnsi="Noto Sans CJK JP"/>
                <w:b w:val="0"/>
                <w:color w:val="25253A"/>
                <w:sz w:val="20"/>
                <w:rFonts w:eastAsia="Noto Sans CJK JP"/>
              </w:rPr>
              <w:t>すく</w:t>
              <w:br/>
              <w:t>suku</w:t>
            </w:r>
          </w:p>
        </w:tc>
        <w:tc>
          <w:tcPr>
            <w:tcW w:type="dxa" w:w="3288"/>
            <w:vAlign w:val="center"/>
            <w:tcMar>
              <w:top w:w="65" w:type="dxa"/>
              <w:start w:w="85" w:type="dxa"/>
              <w:bottom w:w="65" w:type="dxa"/>
              <w:end w:w="85" w:type="dxa"/>
            </w:tcMar>
          </w:tcPr>
          <w:p>
            <w:pPr>
              <w:keepLines/>
              <w:spacing w:after="0"/>
            </w:pPr>
            <w:r>
              <w:rPr>
                <w:rFonts w:ascii="Noto Sans CJK JP" w:hAnsi="Noto Sans CJK JP"/>
                <w:b w:val="0"/>
                <w:color w:val="25253A"/>
                <w:sz w:val="20"/>
                <w:rFonts w:eastAsia="Noto Sans CJK JP"/>
              </w:rPr>
              <w:t>すきます</w:t>
              <w:br/>
              <w:t>sukimasu</w:t>
            </w:r>
          </w:p>
        </w:tc>
        <w:tc>
          <w:tcPr>
            <w:tcW w:type="dxa" w:w="3288"/>
            <w:vAlign w:val="center"/>
            <w:tcMar>
              <w:top w:w="65" w:type="dxa"/>
              <w:start w:w="85" w:type="dxa"/>
              <w:bottom w:w="65" w:type="dxa"/>
              <w:end w:w="85" w:type="dxa"/>
            </w:tcMar>
          </w:tcPr>
          <w:p>
            <w:pPr>
              <w:keepLines/>
              <w:spacing w:after="0"/>
            </w:pPr>
            <w:r>
              <w:rPr>
                <w:rFonts w:ascii="Noto Sans CJK JP" w:hAnsi="Noto Sans CJK JP"/>
                <w:b w:val="0"/>
                <w:color w:val="25253A"/>
                <w:sz w:val="20"/>
                <w:rFonts w:eastAsia="Noto Sans CJK JP"/>
              </w:rPr>
              <w:t>すいて</w:t>
              <w:br/>
              <w:t>suite</w:t>
            </w:r>
          </w:p>
        </w:tc>
      </w:tr>
      <w:tr>
        <w:tc>
          <w:tcPr>
            <w:tcW w:type="dxa" w:w="3288"/>
            <w:vAlign w:val="center"/>
            <w:tcMar>
              <w:top w:w="65" w:type="dxa"/>
              <w:start w:w="85" w:type="dxa"/>
              <w:bottom w:w="65" w:type="dxa"/>
              <w:end w:w="85" w:type="dxa"/>
            </w:tcMar>
            <w:shd w:fill="FAF5F6"/>
          </w:tcPr>
          <w:p>
            <w:pPr>
              <w:keepLines/>
              <w:spacing w:after="0"/>
            </w:pPr>
            <w:r>
              <w:rPr>
                <w:rFonts w:ascii="Noto Sans CJK JP" w:hAnsi="Noto Sans CJK JP"/>
                <w:b w:val="0"/>
                <w:color w:val="25253A"/>
                <w:sz w:val="20"/>
                <w:rFonts w:eastAsia="Noto Sans CJK JP"/>
              </w:rPr>
              <w:t>よう</w:t>
              <w:br/>
              <w:t>you</w:t>
            </w:r>
          </w:p>
        </w:tc>
        <w:tc>
          <w:tcPr>
            <w:tcW w:type="dxa" w:w="3288"/>
            <w:vAlign w:val="center"/>
            <w:tcMar>
              <w:top w:w="65" w:type="dxa"/>
              <w:start w:w="85" w:type="dxa"/>
              <w:bottom w:w="65" w:type="dxa"/>
              <w:end w:w="85" w:type="dxa"/>
            </w:tcMar>
            <w:shd w:fill="FAF5F6"/>
          </w:tcPr>
          <w:p>
            <w:pPr>
              <w:keepLines/>
              <w:spacing w:after="0"/>
            </w:pPr>
            <w:r>
              <w:rPr>
                <w:rFonts w:ascii="Noto Sans CJK JP" w:hAnsi="Noto Sans CJK JP"/>
                <w:b w:val="0"/>
                <w:color w:val="25253A"/>
                <w:sz w:val="20"/>
                <w:rFonts w:eastAsia="Noto Sans CJK JP"/>
              </w:rPr>
              <w:t>よいます</w:t>
              <w:br/>
              <w:t>yoimasu</w:t>
            </w:r>
          </w:p>
        </w:tc>
        <w:tc>
          <w:tcPr>
            <w:tcW w:type="dxa" w:w="3288"/>
            <w:vAlign w:val="center"/>
            <w:tcMar>
              <w:top w:w="65" w:type="dxa"/>
              <w:start w:w="85" w:type="dxa"/>
              <w:bottom w:w="65" w:type="dxa"/>
              <w:end w:w="85" w:type="dxa"/>
            </w:tcMar>
            <w:shd w:fill="FAF5F6"/>
          </w:tcPr>
          <w:p>
            <w:pPr>
              <w:keepLines/>
              <w:spacing w:after="0"/>
            </w:pPr>
            <w:r>
              <w:rPr>
                <w:rFonts w:ascii="Noto Sans CJK JP" w:hAnsi="Noto Sans CJK JP"/>
                <w:b w:val="0"/>
                <w:color w:val="25253A"/>
                <w:sz w:val="20"/>
                <w:rFonts w:eastAsia="Noto Sans CJK JP"/>
              </w:rPr>
              <w:t>よって</w:t>
              <w:br/>
              <w:t>yotte</w:t>
            </w:r>
          </w:p>
        </w:tc>
      </w:tr>
    </w:tbl>
    <w:p>
      <w:pPr>
        <w:spacing w:before="240" w:after="100"/>
      </w:pPr>
      <w:r>
        <w:rPr>
          <w:rFonts w:ascii="DejaVu Sans" w:hAnsi="DejaVu Sans"/>
          <w:b/>
          <w:color w:val="C65E7A"/>
          <w:sz w:val="24"/>
        </w:rPr>
        <w:t>Verben 19–25</w:t>
      </w:r>
    </w:p>
    <w:tbl>
      <w:tblPr>
        <w:tblStyle w:val="TableGrid"/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3345"/>
        <w:gridCol w:w="3345"/>
        <w:gridCol w:w="3345"/>
      </w:tblGrid>
      <w:tr>
        <w:tc>
          <w:tcPr>
            <w:tcW w:type="dxa" w:w="3288"/>
            <w:shd w:fill="25253A"/>
            <w:tcMar>
              <w:top w:w="80" w:type="dxa"/>
              <w:start w:w="90" w:type="dxa"/>
              <w:bottom w:w="80" w:type="dxa"/>
              <w:end w:w="90" w:type="dxa"/>
            </w:tcMar>
          </w:tcPr>
          <w:p>
            <w:pPr>
              <w:keepLines/>
            </w:pPr>
            <w:r>
              <w:rPr>
                <w:rFonts w:ascii="DejaVu Sans" w:hAnsi="DejaVu Sans"/>
                <w:b/>
                <w:color w:val="FFFFFF"/>
                <w:sz w:val="16"/>
              </w:rPr>
              <w:t>GRUNDFORM</w:t>
            </w:r>
          </w:p>
        </w:tc>
        <w:tc>
          <w:tcPr>
            <w:tcW w:type="dxa" w:w="3288"/>
            <w:shd w:fill="25253A"/>
            <w:tcMar>
              <w:top w:w="80" w:type="dxa"/>
              <w:start w:w="90" w:type="dxa"/>
              <w:bottom w:w="80" w:type="dxa"/>
              <w:end w:w="90" w:type="dxa"/>
            </w:tcMar>
          </w:tcPr>
          <w:p>
            <w:pPr>
              <w:keepLines/>
            </w:pPr>
            <w:r>
              <w:rPr>
                <w:rFonts w:ascii="DejaVu Sans" w:hAnsi="DejaVu Sans"/>
                <w:b/>
                <w:color w:val="FFFFFF"/>
                <w:sz w:val="16"/>
              </w:rPr>
              <w:t>ます-FORM</w:t>
            </w:r>
          </w:p>
        </w:tc>
        <w:tc>
          <w:tcPr>
            <w:tcW w:type="dxa" w:w="3288"/>
            <w:shd w:fill="25253A"/>
            <w:tcMar>
              <w:top w:w="80" w:type="dxa"/>
              <w:start w:w="90" w:type="dxa"/>
              <w:bottom w:w="80" w:type="dxa"/>
              <w:end w:w="90" w:type="dxa"/>
            </w:tcMar>
          </w:tcPr>
          <w:p>
            <w:pPr>
              <w:keepLines/>
            </w:pPr>
            <w:r>
              <w:rPr>
                <w:rFonts w:ascii="DejaVu Sans" w:hAnsi="DejaVu Sans"/>
                <w:b/>
                <w:color w:val="FFFFFF"/>
                <w:sz w:val="16"/>
              </w:rPr>
              <w:t>て-FORM</w:t>
            </w:r>
          </w:p>
        </w:tc>
      </w:tr>
      <w:tr>
        <w:tc>
          <w:tcPr>
            <w:tcW w:type="dxa" w:w="3288"/>
            <w:vAlign w:val="center"/>
            <w:tcMar>
              <w:top w:w="65" w:type="dxa"/>
              <w:start w:w="85" w:type="dxa"/>
              <w:bottom w:w="65" w:type="dxa"/>
              <w:end w:w="85" w:type="dxa"/>
            </w:tcMar>
            <w:shd w:fill="FAF5F6"/>
          </w:tcPr>
          <w:p>
            <w:pPr>
              <w:keepLines/>
              <w:spacing w:after="0"/>
            </w:pPr>
            <w:r>
              <w:rPr>
                <w:rFonts w:ascii="Noto Sans CJK JP" w:hAnsi="Noto Sans CJK JP"/>
                <w:b w:val="0"/>
                <w:color w:val="25253A"/>
                <w:sz w:val="20"/>
                <w:rFonts w:eastAsia="Noto Sans CJK JP"/>
              </w:rPr>
              <w:t>よっぱらう</w:t>
              <w:br/>
              <w:t>yopparau</w:t>
            </w:r>
          </w:p>
        </w:tc>
        <w:tc>
          <w:tcPr>
            <w:tcW w:type="dxa" w:w="3288"/>
            <w:vAlign w:val="center"/>
            <w:tcMar>
              <w:top w:w="65" w:type="dxa"/>
              <w:start w:w="85" w:type="dxa"/>
              <w:bottom w:w="65" w:type="dxa"/>
              <w:end w:w="85" w:type="dxa"/>
            </w:tcMar>
            <w:shd w:fill="FAF5F6"/>
          </w:tcPr>
          <w:p>
            <w:pPr>
              <w:keepLines/>
              <w:spacing w:after="0"/>
            </w:pPr>
            <w:r>
              <w:rPr>
                <w:rFonts w:ascii="Noto Sans CJK JP" w:hAnsi="Noto Sans CJK JP"/>
                <w:b w:val="0"/>
                <w:color w:val="25253A"/>
                <w:sz w:val="20"/>
                <w:rFonts w:eastAsia="Noto Sans CJK JP"/>
              </w:rPr>
              <w:t>よっぱらいます</w:t>
              <w:br/>
              <w:t>yopparaimasu</w:t>
            </w:r>
          </w:p>
        </w:tc>
        <w:tc>
          <w:tcPr>
            <w:tcW w:type="dxa" w:w="3288"/>
            <w:vAlign w:val="center"/>
            <w:tcMar>
              <w:top w:w="65" w:type="dxa"/>
              <w:start w:w="85" w:type="dxa"/>
              <w:bottom w:w="65" w:type="dxa"/>
              <w:end w:w="85" w:type="dxa"/>
            </w:tcMar>
            <w:shd w:fill="FAF5F6"/>
          </w:tcPr>
          <w:p>
            <w:pPr>
              <w:keepLines/>
              <w:spacing w:after="0"/>
            </w:pPr>
            <w:r>
              <w:rPr>
                <w:rFonts w:ascii="Noto Sans CJK JP" w:hAnsi="Noto Sans CJK JP"/>
                <w:b w:val="0"/>
                <w:color w:val="25253A"/>
                <w:sz w:val="20"/>
                <w:rFonts w:eastAsia="Noto Sans CJK JP"/>
              </w:rPr>
              <w:t>よっぱらって</w:t>
              <w:br/>
              <w:t>yopparatte</w:t>
            </w:r>
          </w:p>
        </w:tc>
      </w:tr>
      <w:tr>
        <w:tc>
          <w:tcPr>
            <w:tcW w:type="dxa" w:w="3288"/>
            <w:vAlign w:val="center"/>
            <w:tcMar>
              <w:top w:w="65" w:type="dxa"/>
              <w:start w:w="85" w:type="dxa"/>
              <w:bottom w:w="65" w:type="dxa"/>
              <w:end w:w="85" w:type="dxa"/>
            </w:tcMar>
          </w:tcPr>
          <w:p>
            <w:pPr>
              <w:keepLines/>
              <w:spacing w:after="0"/>
            </w:pPr>
            <w:r>
              <w:rPr>
                <w:rFonts w:ascii="Noto Sans CJK JP" w:hAnsi="Noto Sans CJK JP"/>
                <w:b w:val="0"/>
                <w:color w:val="25253A"/>
                <w:sz w:val="20"/>
                <w:rFonts w:eastAsia="Noto Sans CJK JP"/>
              </w:rPr>
              <w:t>かえる</w:t>
              <w:br/>
              <w:t>kaeru</w:t>
            </w:r>
          </w:p>
        </w:tc>
        <w:tc>
          <w:tcPr>
            <w:tcW w:type="dxa" w:w="3288"/>
            <w:vAlign w:val="center"/>
            <w:tcMar>
              <w:top w:w="65" w:type="dxa"/>
              <w:start w:w="85" w:type="dxa"/>
              <w:bottom w:w="65" w:type="dxa"/>
              <w:end w:w="85" w:type="dxa"/>
            </w:tcMar>
          </w:tcPr>
          <w:p>
            <w:pPr>
              <w:keepLines/>
              <w:spacing w:after="0"/>
            </w:pPr>
            <w:r>
              <w:rPr>
                <w:rFonts w:ascii="Noto Sans CJK JP" w:hAnsi="Noto Sans CJK JP"/>
                <w:b w:val="0"/>
                <w:color w:val="25253A"/>
                <w:sz w:val="20"/>
                <w:rFonts w:eastAsia="Noto Sans CJK JP"/>
              </w:rPr>
              <w:t>かえります</w:t>
              <w:br/>
              <w:t>kaerimasu</w:t>
            </w:r>
          </w:p>
        </w:tc>
        <w:tc>
          <w:tcPr>
            <w:tcW w:type="dxa" w:w="3288"/>
            <w:vAlign w:val="center"/>
            <w:tcMar>
              <w:top w:w="65" w:type="dxa"/>
              <w:start w:w="85" w:type="dxa"/>
              <w:bottom w:w="65" w:type="dxa"/>
              <w:end w:w="85" w:type="dxa"/>
            </w:tcMar>
          </w:tcPr>
          <w:p>
            <w:pPr>
              <w:keepLines/>
              <w:spacing w:after="0"/>
            </w:pPr>
            <w:r>
              <w:rPr>
                <w:rFonts w:ascii="Noto Sans CJK JP" w:hAnsi="Noto Sans CJK JP"/>
                <w:b w:val="0"/>
                <w:color w:val="25253A"/>
                <w:sz w:val="20"/>
                <w:rFonts w:eastAsia="Noto Sans CJK JP"/>
              </w:rPr>
              <w:t>かえって</w:t>
              <w:br/>
              <w:t>kaette</w:t>
            </w:r>
          </w:p>
        </w:tc>
      </w:tr>
      <w:tr>
        <w:tc>
          <w:tcPr>
            <w:tcW w:type="dxa" w:w="3288"/>
            <w:vAlign w:val="center"/>
            <w:tcMar>
              <w:top w:w="65" w:type="dxa"/>
              <w:start w:w="85" w:type="dxa"/>
              <w:bottom w:w="65" w:type="dxa"/>
              <w:end w:w="85" w:type="dxa"/>
            </w:tcMar>
            <w:shd w:fill="FAF5F6"/>
          </w:tcPr>
          <w:p>
            <w:pPr>
              <w:keepLines/>
              <w:spacing w:after="0"/>
            </w:pPr>
            <w:r>
              <w:rPr>
                <w:rFonts w:ascii="Noto Sans CJK JP" w:hAnsi="Noto Sans CJK JP"/>
                <w:b w:val="0"/>
                <w:color w:val="25253A"/>
                <w:sz w:val="20"/>
                <w:rFonts w:eastAsia="Noto Sans CJK JP"/>
              </w:rPr>
              <w:t>はしごする</w:t>
              <w:br/>
              <w:t>hashigo suru</w:t>
            </w:r>
          </w:p>
        </w:tc>
        <w:tc>
          <w:tcPr>
            <w:tcW w:type="dxa" w:w="3288"/>
            <w:vAlign w:val="center"/>
            <w:tcMar>
              <w:top w:w="65" w:type="dxa"/>
              <w:start w:w="85" w:type="dxa"/>
              <w:bottom w:w="65" w:type="dxa"/>
              <w:end w:w="85" w:type="dxa"/>
            </w:tcMar>
            <w:shd w:fill="FAF5F6"/>
          </w:tcPr>
          <w:p>
            <w:pPr>
              <w:keepLines/>
              <w:spacing w:after="0"/>
            </w:pPr>
            <w:r>
              <w:rPr>
                <w:rFonts w:ascii="Noto Sans CJK JP" w:hAnsi="Noto Sans CJK JP"/>
                <w:b w:val="0"/>
                <w:color w:val="25253A"/>
                <w:sz w:val="20"/>
                <w:rFonts w:eastAsia="Noto Sans CJK JP"/>
              </w:rPr>
              <w:t>はしごします</w:t>
              <w:br/>
              <w:t>hashigo shimasu</w:t>
            </w:r>
          </w:p>
        </w:tc>
        <w:tc>
          <w:tcPr>
            <w:tcW w:type="dxa" w:w="3288"/>
            <w:vAlign w:val="center"/>
            <w:tcMar>
              <w:top w:w="65" w:type="dxa"/>
              <w:start w:w="85" w:type="dxa"/>
              <w:bottom w:w="65" w:type="dxa"/>
              <w:end w:w="85" w:type="dxa"/>
            </w:tcMar>
            <w:shd w:fill="FAF5F6"/>
          </w:tcPr>
          <w:p>
            <w:pPr>
              <w:keepLines/>
              <w:spacing w:after="0"/>
            </w:pPr>
            <w:r>
              <w:rPr>
                <w:rFonts w:ascii="Noto Sans CJK JP" w:hAnsi="Noto Sans CJK JP"/>
                <w:b w:val="0"/>
                <w:color w:val="25253A"/>
                <w:sz w:val="20"/>
                <w:rFonts w:eastAsia="Noto Sans CJK JP"/>
              </w:rPr>
              <w:t>はしごして</w:t>
              <w:br/>
              <w:t>hashigo shite</w:t>
            </w:r>
          </w:p>
        </w:tc>
      </w:tr>
      <w:tr>
        <w:tc>
          <w:tcPr>
            <w:tcW w:type="dxa" w:w="3288"/>
            <w:vAlign w:val="center"/>
            <w:tcMar>
              <w:top w:w="65" w:type="dxa"/>
              <w:start w:w="85" w:type="dxa"/>
              <w:bottom w:w="65" w:type="dxa"/>
              <w:end w:w="85" w:type="dxa"/>
            </w:tcMar>
          </w:tcPr>
          <w:p>
            <w:pPr>
              <w:keepLines/>
              <w:spacing w:after="0"/>
            </w:pPr>
            <w:r>
              <w:rPr>
                <w:rFonts w:ascii="Noto Sans CJK JP" w:hAnsi="Noto Sans CJK JP"/>
                <w:b w:val="0"/>
                <w:color w:val="25253A"/>
                <w:sz w:val="20"/>
                <w:rFonts w:eastAsia="Noto Sans CJK JP"/>
              </w:rPr>
              <w:t>どたきゃんする</w:t>
              <w:br/>
              <w:t>dotakyan suru</w:t>
            </w:r>
          </w:p>
        </w:tc>
        <w:tc>
          <w:tcPr>
            <w:tcW w:type="dxa" w:w="3288"/>
            <w:vAlign w:val="center"/>
            <w:tcMar>
              <w:top w:w="65" w:type="dxa"/>
              <w:start w:w="85" w:type="dxa"/>
              <w:bottom w:w="65" w:type="dxa"/>
              <w:end w:w="85" w:type="dxa"/>
            </w:tcMar>
          </w:tcPr>
          <w:p>
            <w:pPr>
              <w:keepLines/>
              <w:spacing w:after="0"/>
            </w:pPr>
            <w:r>
              <w:rPr>
                <w:rFonts w:ascii="Noto Sans CJK JP" w:hAnsi="Noto Sans CJK JP"/>
                <w:b w:val="0"/>
                <w:color w:val="25253A"/>
                <w:sz w:val="20"/>
                <w:rFonts w:eastAsia="Noto Sans CJK JP"/>
              </w:rPr>
              <w:t>どたきゃんします</w:t>
              <w:br/>
              <w:t>dotakyan shimasu</w:t>
            </w:r>
          </w:p>
        </w:tc>
        <w:tc>
          <w:tcPr>
            <w:tcW w:type="dxa" w:w="3288"/>
            <w:vAlign w:val="center"/>
            <w:tcMar>
              <w:top w:w="65" w:type="dxa"/>
              <w:start w:w="85" w:type="dxa"/>
              <w:bottom w:w="65" w:type="dxa"/>
              <w:end w:w="85" w:type="dxa"/>
            </w:tcMar>
          </w:tcPr>
          <w:p>
            <w:pPr>
              <w:keepLines/>
              <w:spacing w:after="0"/>
            </w:pPr>
            <w:r>
              <w:rPr>
                <w:rFonts w:ascii="Noto Sans CJK JP" w:hAnsi="Noto Sans CJK JP"/>
                <w:b w:val="0"/>
                <w:color w:val="25253A"/>
                <w:sz w:val="20"/>
                <w:rFonts w:eastAsia="Noto Sans CJK JP"/>
              </w:rPr>
              <w:t>どたきゃんして</w:t>
              <w:br/>
              <w:t>dotakyan shite</w:t>
            </w:r>
          </w:p>
        </w:tc>
      </w:tr>
      <w:tr>
        <w:tc>
          <w:tcPr>
            <w:tcW w:type="dxa" w:w="3288"/>
            <w:vAlign w:val="center"/>
            <w:tcMar>
              <w:top w:w="65" w:type="dxa"/>
              <w:start w:w="85" w:type="dxa"/>
              <w:bottom w:w="65" w:type="dxa"/>
              <w:end w:w="85" w:type="dxa"/>
            </w:tcMar>
            <w:shd w:fill="FAF5F6"/>
          </w:tcPr>
          <w:p>
            <w:pPr>
              <w:keepLines/>
              <w:spacing w:after="0"/>
            </w:pPr>
            <w:r>
              <w:rPr>
                <w:rFonts w:ascii="Noto Sans CJK JP" w:hAnsi="Noto Sans CJK JP"/>
                <w:b w:val="0"/>
                <w:color w:val="25253A"/>
                <w:sz w:val="20"/>
                <w:rFonts w:eastAsia="Noto Sans CJK JP"/>
              </w:rPr>
              <w:t>ちこくする</w:t>
              <w:br/>
              <w:t>chikoku suru</w:t>
            </w:r>
          </w:p>
        </w:tc>
        <w:tc>
          <w:tcPr>
            <w:tcW w:type="dxa" w:w="3288"/>
            <w:vAlign w:val="center"/>
            <w:tcMar>
              <w:top w:w="65" w:type="dxa"/>
              <w:start w:w="85" w:type="dxa"/>
              <w:bottom w:w="65" w:type="dxa"/>
              <w:end w:w="85" w:type="dxa"/>
            </w:tcMar>
            <w:shd w:fill="FAF5F6"/>
          </w:tcPr>
          <w:p>
            <w:pPr>
              <w:keepLines/>
              <w:spacing w:after="0"/>
            </w:pPr>
            <w:r>
              <w:rPr>
                <w:rFonts w:ascii="Noto Sans CJK JP" w:hAnsi="Noto Sans CJK JP"/>
                <w:b w:val="0"/>
                <w:color w:val="25253A"/>
                <w:sz w:val="20"/>
                <w:rFonts w:eastAsia="Noto Sans CJK JP"/>
              </w:rPr>
              <w:t>ちこくします</w:t>
              <w:br/>
              <w:t>chikoku shimasu</w:t>
            </w:r>
          </w:p>
        </w:tc>
        <w:tc>
          <w:tcPr>
            <w:tcW w:type="dxa" w:w="3288"/>
            <w:vAlign w:val="center"/>
            <w:tcMar>
              <w:top w:w="65" w:type="dxa"/>
              <w:start w:w="85" w:type="dxa"/>
              <w:bottom w:w="65" w:type="dxa"/>
              <w:end w:w="85" w:type="dxa"/>
            </w:tcMar>
            <w:shd w:fill="FAF5F6"/>
          </w:tcPr>
          <w:p>
            <w:pPr>
              <w:keepLines/>
              <w:spacing w:after="0"/>
            </w:pPr>
            <w:r>
              <w:rPr>
                <w:rFonts w:ascii="Noto Sans CJK JP" w:hAnsi="Noto Sans CJK JP"/>
                <w:b w:val="0"/>
                <w:color w:val="25253A"/>
                <w:sz w:val="20"/>
                <w:rFonts w:eastAsia="Noto Sans CJK JP"/>
              </w:rPr>
              <w:t>ちこくして</w:t>
              <w:br/>
              <w:t>chikoku shite</w:t>
            </w:r>
          </w:p>
        </w:tc>
      </w:tr>
      <w:tr>
        <w:tc>
          <w:tcPr>
            <w:tcW w:type="dxa" w:w="3288"/>
            <w:vAlign w:val="center"/>
            <w:tcMar>
              <w:top w:w="65" w:type="dxa"/>
              <w:start w:w="85" w:type="dxa"/>
              <w:bottom w:w="65" w:type="dxa"/>
              <w:end w:w="85" w:type="dxa"/>
            </w:tcMar>
          </w:tcPr>
          <w:p>
            <w:pPr>
              <w:keepLines/>
              <w:spacing w:after="0"/>
            </w:pPr>
            <w:r>
              <w:rPr>
                <w:rFonts w:ascii="Noto Sans CJK JP" w:hAnsi="Noto Sans CJK JP"/>
                <w:b w:val="0"/>
                <w:color w:val="25253A"/>
                <w:sz w:val="20"/>
                <w:rFonts w:eastAsia="Noto Sans CJK JP"/>
              </w:rPr>
              <w:t>のむ</w:t>
              <w:br/>
              <w:t>nomu</w:t>
            </w:r>
          </w:p>
        </w:tc>
        <w:tc>
          <w:tcPr>
            <w:tcW w:type="dxa" w:w="3288"/>
            <w:vAlign w:val="center"/>
            <w:tcMar>
              <w:top w:w="65" w:type="dxa"/>
              <w:start w:w="85" w:type="dxa"/>
              <w:bottom w:w="65" w:type="dxa"/>
              <w:end w:w="85" w:type="dxa"/>
            </w:tcMar>
          </w:tcPr>
          <w:p>
            <w:pPr>
              <w:keepLines/>
              <w:spacing w:after="0"/>
            </w:pPr>
            <w:r>
              <w:rPr>
                <w:rFonts w:ascii="Noto Sans CJK JP" w:hAnsi="Noto Sans CJK JP"/>
                <w:b w:val="0"/>
                <w:color w:val="25253A"/>
                <w:sz w:val="20"/>
                <w:rFonts w:eastAsia="Noto Sans CJK JP"/>
              </w:rPr>
              <w:t>のみます</w:t>
              <w:br/>
              <w:t>nomimasu</w:t>
            </w:r>
          </w:p>
        </w:tc>
        <w:tc>
          <w:tcPr>
            <w:tcW w:type="dxa" w:w="3288"/>
            <w:vAlign w:val="center"/>
            <w:tcMar>
              <w:top w:w="65" w:type="dxa"/>
              <w:start w:w="85" w:type="dxa"/>
              <w:bottom w:w="65" w:type="dxa"/>
              <w:end w:w="85" w:type="dxa"/>
            </w:tcMar>
          </w:tcPr>
          <w:p>
            <w:pPr>
              <w:keepLines/>
              <w:spacing w:after="0"/>
            </w:pPr>
            <w:r>
              <w:rPr>
                <w:rFonts w:ascii="Noto Sans CJK JP" w:hAnsi="Noto Sans CJK JP"/>
                <w:b w:val="0"/>
                <w:color w:val="25253A"/>
                <w:sz w:val="20"/>
                <w:rFonts w:eastAsia="Noto Sans CJK JP"/>
              </w:rPr>
              <w:t>のんで</w:t>
              <w:br/>
              <w:t>nonde</w:t>
            </w:r>
          </w:p>
        </w:tc>
      </w:tr>
      <w:tr>
        <w:tc>
          <w:tcPr>
            <w:tcW w:type="dxa" w:w="3288"/>
            <w:vAlign w:val="center"/>
            <w:tcMar>
              <w:top w:w="65" w:type="dxa"/>
              <w:start w:w="85" w:type="dxa"/>
              <w:bottom w:w="65" w:type="dxa"/>
              <w:end w:w="85" w:type="dxa"/>
            </w:tcMar>
            <w:shd w:fill="FAF5F6"/>
          </w:tcPr>
          <w:p>
            <w:pPr>
              <w:keepLines/>
              <w:spacing w:after="0"/>
            </w:pPr>
            <w:r>
              <w:rPr>
                <w:rFonts w:ascii="Noto Sans CJK JP" w:hAnsi="Noto Sans CJK JP"/>
                <w:b w:val="0"/>
                <w:color w:val="25253A"/>
                <w:sz w:val="20"/>
                <w:rFonts w:eastAsia="Noto Sans CJK JP"/>
              </w:rPr>
              <w:t>いく</w:t>
              <w:br/>
              <w:t>iku</w:t>
            </w:r>
          </w:p>
        </w:tc>
        <w:tc>
          <w:tcPr>
            <w:tcW w:type="dxa" w:w="3288"/>
            <w:vAlign w:val="center"/>
            <w:tcMar>
              <w:top w:w="65" w:type="dxa"/>
              <w:start w:w="85" w:type="dxa"/>
              <w:bottom w:w="65" w:type="dxa"/>
              <w:end w:w="85" w:type="dxa"/>
            </w:tcMar>
            <w:shd w:fill="FAF5F6"/>
          </w:tcPr>
          <w:p>
            <w:pPr>
              <w:keepLines/>
              <w:spacing w:after="0"/>
            </w:pPr>
            <w:r>
              <w:rPr>
                <w:rFonts w:ascii="Noto Sans CJK JP" w:hAnsi="Noto Sans CJK JP"/>
                <w:b w:val="0"/>
                <w:color w:val="25253A"/>
                <w:sz w:val="20"/>
                <w:rFonts w:eastAsia="Noto Sans CJK JP"/>
              </w:rPr>
              <w:t>いきます</w:t>
              <w:br/>
              <w:t>ikimasu</w:t>
            </w:r>
          </w:p>
        </w:tc>
        <w:tc>
          <w:tcPr>
            <w:tcW w:type="dxa" w:w="3288"/>
            <w:vAlign w:val="center"/>
            <w:tcMar>
              <w:top w:w="65" w:type="dxa"/>
              <w:start w:w="85" w:type="dxa"/>
              <w:bottom w:w="65" w:type="dxa"/>
              <w:end w:w="85" w:type="dxa"/>
            </w:tcMar>
            <w:shd w:fill="FAF5F6"/>
          </w:tcPr>
          <w:p>
            <w:pPr>
              <w:keepLines/>
              <w:spacing w:after="0"/>
            </w:pPr>
            <w:r>
              <w:rPr>
                <w:rFonts w:ascii="Noto Sans CJK JP" w:hAnsi="Noto Sans CJK JP"/>
                <w:b w:val="0"/>
                <w:color w:val="25253A"/>
                <w:sz w:val="20"/>
                <w:rFonts w:eastAsia="Noto Sans CJK JP"/>
              </w:rPr>
              <w:t>いって</w:t>
              <w:br/>
              <w:t>itte</w:t>
            </w:r>
          </w:p>
        </w:tc>
      </w:tr>
    </w:tbl>
    <w:p>
      <w:pPr>
        <w:spacing w:before="240" w:after="100"/>
      </w:pPr>
      <w:r>
        <w:rPr>
          <w:rFonts w:ascii="DejaVu Sans" w:hAnsi="DejaVu Sans"/>
          <w:b/>
          <w:color w:val="C65E7A"/>
          <w:sz w:val="24"/>
        </w:rPr>
        <w:t>Hilfreiche Regeln</w:t>
      </w:r>
    </w:p>
    <w:p>
      <w:r>
        <w:rPr>
          <w:rFonts w:ascii="DejaVu Sans" w:hAnsi="DejaVu Sans"/>
          <w:b/>
          <w:color w:val="25253A"/>
          <w:sz w:val="16"/>
        </w:rPr>
        <w:t xml:space="preserve">Ichidan-Verben (viele -る-Verben)  </w:t>
      </w:r>
      <w:r>
        <w:rPr>
          <w:rFonts w:ascii="Noto Sans CJK JP" w:hAnsi="Noto Sans CJK JP"/>
          <w:b w:val="0"/>
          <w:color w:val="25253A"/>
          <w:sz w:val="16"/>
          <w:rFonts w:eastAsia="Noto Sans CJK JP"/>
        </w:rPr>
        <w:t>Endung る weg, て anhängen: きめる → きめて</w:t>
      </w:r>
    </w:p>
    <w:p>
      <w:r>
        <w:rPr>
          <w:rFonts w:ascii="DejaVu Sans" w:hAnsi="DejaVu Sans"/>
          <w:b/>
          <w:color w:val="25253A"/>
          <w:sz w:val="16"/>
        </w:rPr>
        <w:t xml:space="preserve">Godan: む / ぶ / ぬ  </w:t>
      </w:r>
      <w:r>
        <w:rPr>
          <w:rFonts w:ascii="Noto Sans CJK JP" w:hAnsi="Noto Sans CJK JP"/>
          <w:b w:val="0"/>
          <w:color w:val="25253A"/>
          <w:sz w:val="16"/>
          <w:rFonts w:eastAsia="Noto Sans CJK JP"/>
        </w:rPr>
        <w:t>Endung → んで: のむ → のんで</w:t>
      </w:r>
    </w:p>
    <w:p>
      <w:r>
        <w:rPr>
          <w:rFonts w:ascii="DejaVu Sans" w:hAnsi="DejaVu Sans"/>
          <w:b/>
          <w:color w:val="25253A"/>
          <w:sz w:val="16"/>
        </w:rPr>
        <w:t xml:space="preserve">Godan: う / つ / る  </w:t>
      </w:r>
      <w:r>
        <w:rPr>
          <w:rFonts w:ascii="Noto Sans CJK JP" w:hAnsi="Noto Sans CJK JP"/>
          <w:b w:val="0"/>
          <w:color w:val="25253A"/>
          <w:sz w:val="16"/>
          <w:rFonts w:eastAsia="Noto Sans CJK JP"/>
        </w:rPr>
        <w:t>Endung → って: さそう → さそって</w:t>
      </w:r>
    </w:p>
    <w:p>
      <w:r>
        <w:rPr>
          <w:rFonts w:ascii="DejaVu Sans" w:hAnsi="DejaVu Sans"/>
          <w:b/>
          <w:color w:val="25253A"/>
          <w:sz w:val="16"/>
        </w:rPr>
        <w:t xml:space="preserve">Godan: く  </w:t>
      </w:r>
      <w:r>
        <w:rPr>
          <w:rFonts w:ascii="Noto Sans CJK JP" w:hAnsi="Noto Sans CJK JP"/>
          <w:b w:val="0"/>
          <w:color w:val="25253A"/>
          <w:sz w:val="16"/>
          <w:rFonts w:eastAsia="Noto Sans CJK JP"/>
        </w:rPr>
        <w:t>Endung → いて: かく → かいて</w:t>
      </w:r>
    </w:p>
    <w:p>
      <w:r>
        <w:rPr>
          <w:rFonts w:ascii="DejaVu Sans" w:hAnsi="DejaVu Sans"/>
          <w:b/>
          <w:color w:val="25253A"/>
          <w:sz w:val="16"/>
        </w:rPr>
        <w:t xml:space="preserve">Godan: ぐ  </w:t>
      </w:r>
      <w:r>
        <w:rPr>
          <w:rFonts w:ascii="Noto Sans CJK JP" w:hAnsi="Noto Sans CJK JP"/>
          <w:b w:val="0"/>
          <w:color w:val="25253A"/>
          <w:sz w:val="16"/>
          <w:rFonts w:eastAsia="Noto Sans CJK JP"/>
        </w:rPr>
        <w:t>Endung → いで: およぐ → およいで</w:t>
      </w:r>
    </w:p>
    <w:p>
      <w:r>
        <w:rPr>
          <w:rFonts w:ascii="DejaVu Sans" w:hAnsi="DejaVu Sans"/>
          <w:b/>
          <w:color w:val="25253A"/>
          <w:sz w:val="16"/>
        </w:rPr>
        <w:t xml:space="preserve">Godan: す  </w:t>
      </w:r>
      <w:r>
        <w:rPr>
          <w:rFonts w:ascii="Noto Sans CJK JP" w:hAnsi="Noto Sans CJK JP"/>
          <w:b w:val="0"/>
          <w:color w:val="25253A"/>
          <w:sz w:val="16"/>
          <w:rFonts w:eastAsia="Noto Sans CJK JP"/>
        </w:rPr>
        <w:t>Endung → して: はなす → はなして</w:t>
      </w:r>
    </w:p>
    <w:p>
      <w:r>
        <w:rPr>
          <w:rFonts w:ascii="DejaVu Sans" w:hAnsi="DejaVu Sans"/>
          <w:b/>
          <w:color w:val="25253A"/>
          <w:sz w:val="16"/>
        </w:rPr>
        <w:t xml:space="preserve">する  </w:t>
      </w:r>
      <w:r>
        <w:rPr>
          <w:rFonts w:ascii="Noto Sans CJK JP" w:hAnsi="Noto Sans CJK JP"/>
          <w:b w:val="0"/>
          <w:color w:val="25253A"/>
          <w:sz w:val="16"/>
          <w:rFonts w:eastAsia="Noto Sans CJK JP"/>
        </w:rPr>
        <w:t>する → して: よやくする → よやくして</w:t>
      </w:r>
    </w:p>
    <w:p>
      <w:r>
        <w:rPr>
          <w:rFonts w:ascii="DejaVu Sans" w:hAnsi="DejaVu Sans"/>
          <w:b/>
          <w:color w:val="25253A"/>
          <w:sz w:val="16"/>
        </w:rPr>
        <w:t xml:space="preserve">いく (Ausnahme)  </w:t>
      </w:r>
      <w:r>
        <w:rPr>
          <w:rFonts w:ascii="Noto Sans CJK JP" w:hAnsi="Noto Sans CJK JP"/>
          <w:b w:val="0"/>
          <w:color w:val="25253A"/>
          <w:sz w:val="16"/>
          <w:rFonts w:eastAsia="Noto Sans CJK JP"/>
        </w:rPr>
        <w:t>いく → いって</w:t>
      </w:r>
    </w:p>
    <w:sectPr w:rsidR="00FC693F" w:rsidRPr="0006063C" w:rsidSect="00034616">
      <w:headerReference w:type="default" r:id="rId9"/>
      <w:footerReference w:type="default" r:id="rId10"/>
      <w:pgSz w:w="11906" w:h="16838"/>
      <w:pgMar w:top="1077" w:right="935" w:bottom="935" w:left="935" w:header="510" w:footer="454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jc w:val="right"/>
    </w:pPr>
    <w:r>
      <w:rPr>
        <w:rFonts w:ascii="DejaVu Sans" w:hAnsi="DejaVu Sans"/>
        <w:b w:val="0"/>
        <w:color w:val="647084"/>
        <w:sz w:val="14"/>
      </w:rPr>
      <w:t>WOCHE 01 • AUSGEHEN  |  LERNEN &amp; DRUCKEN</w:t>
    </w:r>
  </w:p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  <w:r>
      <w:rPr>
        <w:rFonts w:ascii="DejaVu Sans" w:hAnsi="DejaVu Sans"/>
        <w:b/>
        <w:color w:val="C65E7A"/>
        <w:sz w:val="16"/>
      </w:rPr>
      <w:t>HANASHI CLUB  /  TOKYO NIGHTS</w:t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80"/>
    </w:pPr>
    <w:rPr>
      <w:rFonts w:ascii="DejaVu Sans" w:hAnsi="DejaVu Sans"/>
      <w:sz w:val="18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